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605"/>
      </w:tblGrid>
      <w:tr w:rsidR="00C55595" w14:paraId="3E7F1B5F" w14:textId="77777777">
        <w:trPr>
          <w:jc w:val="center"/>
        </w:trPr>
        <w:tc>
          <w:tcPr>
            <w:tcW w:w="9605" w:type="dxa"/>
            <w:shd w:val="clear" w:color="auto" w:fill="1B365D"/>
            <w:tcMar>
              <w:top w:w="140" w:type="dxa"/>
              <w:left w:w="180" w:type="dxa"/>
              <w:bottom w:w="140" w:type="dxa"/>
              <w:right w:w="180" w:type="dxa"/>
            </w:tcMar>
          </w:tcPr>
          <w:p w14:paraId="44DF1D98" w14:textId="77777777" w:rsidR="00C55595" w:rsidRDefault="008E21B0">
            <w:pPr>
              <w:jc w:val="center"/>
            </w:pPr>
            <w:r w:rsidRPr="000275A6">
              <w:rPr>
                <w:b/>
                <w:color w:val="FFFFFF"/>
                <w:sz w:val="22"/>
                <w:lang w:val="it-IT"/>
              </w:rPr>
              <w:t>ISTITUTO COMPRENSIVO "GIOVANNI DANTONI" - SCICLI (RG)</w:t>
            </w:r>
            <w:r w:rsidRPr="000275A6">
              <w:rPr>
                <w:b/>
                <w:color w:val="FFFFFF"/>
                <w:sz w:val="22"/>
                <w:lang w:val="it-IT"/>
              </w:rPr>
              <w:br/>
            </w:r>
            <w:r w:rsidRPr="000275A6">
              <w:rPr>
                <w:b/>
                <w:color w:val="E6F0FF"/>
                <w:sz w:val="24"/>
                <w:lang w:val="it-IT"/>
              </w:rPr>
              <w:t>ALLEGATI ALL'AVVISO DI SELEZIONE PUBBLICA PER ESPERTI ESTERNI</w:t>
            </w:r>
            <w:r w:rsidRPr="000275A6">
              <w:rPr>
                <w:b/>
                <w:color w:val="E6F0FF"/>
                <w:sz w:val="24"/>
                <w:lang w:val="it-IT"/>
              </w:rPr>
              <w:br/>
            </w:r>
            <w:r w:rsidRPr="000275A6">
              <w:rPr>
                <w:color w:val="C8DCF5"/>
                <w:sz w:val="19"/>
                <w:lang w:val="it-IT"/>
              </w:rPr>
              <w:t>Progetto: "CONNESSI NELL'ARTE" | CUP: G42J26000050002</w:t>
            </w:r>
            <w:r w:rsidRPr="000275A6">
              <w:rPr>
                <w:color w:val="C8DCF5"/>
                <w:sz w:val="19"/>
                <w:lang w:val="it-IT"/>
              </w:rPr>
              <w:br/>
              <w:t xml:space="preserve">Circolare Reg. </w:t>
            </w:r>
            <w:proofErr w:type="spellStart"/>
            <w:r>
              <w:rPr>
                <w:color w:val="C8DCF5"/>
                <w:sz w:val="19"/>
              </w:rPr>
              <w:t>Siciliana</w:t>
            </w:r>
            <w:proofErr w:type="spellEnd"/>
            <w:r>
              <w:rPr>
                <w:color w:val="C8DCF5"/>
                <w:sz w:val="19"/>
              </w:rPr>
              <w:t xml:space="preserve"> n. 00006 del 19/02/2026 - "Educare all'Arte"</w:t>
            </w:r>
          </w:p>
        </w:tc>
      </w:tr>
    </w:tbl>
    <w:p w14:paraId="2D49EC78" w14:textId="77777777" w:rsidR="00C55595" w:rsidRDefault="00C55595"/>
    <w:p w14:paraId="08019316" w14:textId="77777777" w:rsidR="00C55595" w:rsidRDefault="008E21B0">
      <w:pPr>
        <w:pStyle w:val="Titolo1"/>
        <w:spacing w:before="240" w:after="160"/>
      </w:pPr>
      <w:r>
        <w:rPr>
          <w:rFonts w:ascii="Arial" w:hAnsi="Arial"/>
          <w:color w:val="1B365D"/>
        </w:rPr>
        <w:t>MODELLO A – DOMANDA DI PARTECIPAZIONE</w:t>
      </w:r>
    </w:p>
    <w:p w14:paraId="3F745E27" w14:textId="77777777" w:rsidR="00C55595" w:rsidRPr="000275A6" w:rsidRDefault="008E21B0">
      <w:pPr>
        <w:jc w:val="right"/>
        <w:rPr>
          <w:lang w:val="it-IT"/>
        </w:rPr>
      </w:pPr>
      <w:r w:rsidRPr="000275A6">
        <w:rPr>
          <w:b/>
          <w:sz w:val="20"/>
          <w:lang w:val="it-IT"/>
        </w:rPr>
        <w:t>Al Dirigente Scolastico</w:t>
      </w:r>
      <w:r w:rsidRPr="000275A6">
        <w:rPr>
          <w:b/>
          <w:sz w:val="20"/>
          <w:lang w:val="it-IT"/>
        </w:rPr>
        <w:br/>
        <w:t>dell'I.C. "Giovanni Dantoni"</w:t>
      </w:r>
      <w:r w:rsidRPr="000275A6">
        <w:rPr>
          <w:b/>
          <w:sz w:val="20"/>
          <w:lang w:val="it-IT"/>
        </w:rPr>
        <w:br/>
        <w:t>Via Perasso n. 2 – 97018 Scicli (RG)</w:t>
      </w:r>
      <w:r w:rsidRPr="000275A6">
        <w:rPr>
          <w:b/>
          <w:sz w:val="20"/>
          <w:lang w:val="it-IT"/>
        </w:rPr>
        <w:br/>
        <w:t>PEC: rgic82600r@pec.istruzione.it</w:t>
      </w:r>
    </w:p>
    <w:p w14:paraId="6E4CC99E" w14:textId="77777777" w:rsidR="00C55595" w:rsidRPr="000E53EE" w:rsidRDefault="008E21B0" w:rsidP="000275A6">
      <w:pPr>
        <w:spacing w:before="160"/>
        <w:jc w:val="both"/>
        <w:rPr>
          <w:lang w:val="it-IT"/>
        </w:rPr>
      </w:pPr>
      <w:r w:rsidRPr="000275A6">
        <w:rPr>
          <w:lang w:val="it-IT"/>
        </w:rPr>
        <w:t>Il/La sottoscritto/a richiede di essere ammesso/a alla procedura di selezione pubblica per il reclutamento di esperti esterni per il progetto "CONNESSI NELL'ARTE". A tal fine, consapevole delle sanzioni penali previste dall'art. 76 del D.P.R. 28/12/2000 n. 445 in caso di dichiarazioni mendaci, dichiara sotto la propria responsabilità quanto segue:</w:t>
      </w:r>
    </w:p>
    <w:p w14:paraId="12DFAF3B" w14:textId="77777777" w:rsidR="00C55595" w:rsidRPr="000275A6" w:rsidRDefault="00C55595">
      <w:pPr>
        <w:spacing w:after="40"/>
        <w:rPr>
          <w:lang w:val="it-IT"/>
        </w:rPr>
      </w:pPr>
    </w:p>
    <w:p w14:paraId="2A523597" w14:textId="77777777" w:rsidR="00C55595" w:rsidRDefault="008E21B0">
      <w:r>
        <w:rPr>
          <w:b/>
          <w:color w:val="1B365D"/>
        </w:rPr>
        <w:t>1. ANAGRAFICA CANDIDATO/A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68"/>
        <w:gridCol w:w="6437"/>
      </w:tblGrid>
      <w:tr w:rsidR="00C55595" w14:paraId="7663D939" w14:textId="77777777">
        <w:trPr>
          <w:jc w:val="center"/>
        </w:trPr>
        <w:tc>
          <w:tcPr>
            <w:tcW w:w="3168" w:type="dxa"/>
            <w:shd w:val="clear" w:color="auto" w:fill="F0F4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DE9C73" w14:textId="77777777" w:rsidR="00C55595" w:rsidRDefault="008E21B0">
            <w:r>
              <w:rPr>
                <w:b/>
                <w:sz w:val="19"/>
              </w:rPr>
              <w:t>Cognome e Nome:</w:t>
            </w:r>
          </w:p>
        </w:tc>
        <w:tc>
          <w:tcPr>
            <w:tcW w:w="6437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24C344" w14:textId="77777777" w:rsidR="00C55595" w:rsidRDefault="008E21B0">
            <w:r>
              <w:rPr>
                <w:sz w:val="19"/>
              </w:rPr>
              <w:t>__________________________________________________</w:t>
            </w:r>
          </w:p>
        </w:tc>
      </w:tr>
      <w:tr w:rsidR="00C55595" w14:paraId="29D254C1" w14:textId="77777777">
        <w:trPr>
          <w:jc w:val="center"/>
        </w:trPr>
        <w:tc>
          <w:tcPr>
            <w:tcW w:w="3168" w:type="dxa"/>
            <w:shd w:val="clear" w:color="auto" w:fill="F0F4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915185" w14:textId="77777777" w:rsidR="00C55595" w:rsidRDefault="008E21B0">
            <w:r>
              <w:rPr>
                <w:b/>
                <w:sz w:val="19"/>
              </w:rPr>
              <w:t>Codice Fiscale:</w:t>
            </w:r>
          </w:p>
        </w:tc>
        <w:tc>
          <w:tcPr>
            <w:tcW w:w="6437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F15839" w14:textId="77777777" w:rsidR="00C55595" w:rsidRDefault="008E21B0">
            <w:r>
              <w:rPr>
                <w:sz w:val="19"/>
              </w:rPr>
              <w:t>__________________________________________________</w:t>
            </w:r>
          </w:p>
        </w:tc>
      </w:tr>
      <w:tr w:rsidR="00C55595" w14:paraId="7FF9D53E" w14:textId="77777777">
        <w:trPr>
          <w:jc w:val="center"/>
        </w:trPr>
        <w:tc>
          <w:tcPr>
            <w:tcW w:w="3168" w:type="dxa"/>
            <w:shd w:val="clear" w:color="auto" w:fill="F0F4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0A45FC" w14:textId="77777777" w:rsidR="00C55595" w:rsidRPr="000275A6" w:rsidRDefault="008E21B0">
            <w:pPr>
              <w:rPr>
                <w:lang w:val="it-IT"/>
              </w:rPr>
            </w:pPr>
            <w:r w:rsidRPr="000275A6">
              <w:rPr>
                <w:b/>
                <w:sz w:val="19"/>
                <w:lang w:val="it-IT"/>
              </w:rPr>
              <w:t>Luogo e Data di Nascita:</w:t>
            </w:r>
          </w:p>
        </w:tc>
        <w:tc>
          <w:tcPr>
            <w:tcW w:w="6437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2B8E2A" w14:textId="77777777" w:rsidR="00C55595" w:rsidRDefault="008E21B0">
            <w:r>
              <w:rPr>
                <w:sz w:val="19"/>
              </w:rPr>
              <w:t>__________________________________________________</w:t>
            </w:r>
          </w:p>
        </w:tc>
      </w:tr>
      <w:tr w:rsidR="00C55595" w:rsidRPr="000E53EE" w14:paraId="50E0A1B9" w14:textId="77777777">
        <w:trPr>
          <w:jc w:val="center"/>
        </w:trPr>
        <w:tc>
          <w:tcPr>
            <w:tcW w:w="3168" w:type="dxa"/>
            <w:shd w:val="clear" w:color="auto" w:fill="F0F4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76B29F" w14:textId="77777777" w:rsidR="00C55595" w:rsidRDefault="008E21B0">
            <w:r>
              <w:rPr>
                <w:b/>
                <w:sz w:val="19"/>
              </w:rPr>
              <w:t>Indirizzo di Residenza:</w:t>
            </w:r>
          </w:p>
        </w:tc>
        <w:tc>
          <w:tcPr>
            <w:tcW w:w="6437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AF446C" w14:textId="77777777" w:rsidR="00C55595" w:rsidRPr="000275A6" w:rsidRDefault="008E21B0">
            <w:pPr>
              <w:rPr>
                <w:lang w:val="it-IT"/>
              </w:rPr>
            </w:pPr>
            <w:r w:rsidRPr="000275A6">
              <w:rPr>
                <w:sz w:val="19"/>
                <w:lang w:val="it-IT"/>
              </w:rPr>
              <w:t>Via/Piazza: ______________________ N. ___ CITTÀ: _________________ (___) CAP: ______</w:t>
            </w:r>
          </w:p>
        </w:tc>
      </w:tr>
      <w:tr w:rsidR="00C55595" w14:paraId="05226AF7" w14:textId="77777777">
        <w:trPr>
          <w:jc w:val="center"/>
        </w:trPr>
        <w:tc>
          <w:tcPr>
            <w:tcW w:w="3168" w:type="dxa"/>
            <w:shd w:val="clear" w:color="auto" w:fill="F0F4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A922C7" w14:textId="77777777" w:rsidR="00C55595" w:rsidRDefault="008E21B0">
            <w:proofErr w:type="spellStart"/>
            <w:r>
              <w:rPr>
                <w:b/>
                <w:sz w:val="19"/>
              </w:rPr>
              <w:t>Recapito</w:t>
            </w:r>
            <w:proofErr w:type="spellEnd"/>
            <w:r>
              <w:rPr>
                <w:b/>
                <w:sz w:val="19"/>
              </w:rPr>
              <w:t xml:space="preserve"> </w:t>
            </w:r>
            <w:proofErr w:type="spellStart"/>
            <w:r>
              <w:rPr>
                <w:b/>
                <w:sz w:val="19"/>
              </w:rPr>
              <w:t>Telefonico</w:t>
            </w:r>
            <w:proofErr w:type="spellEnd"/>
            <w:r>
              <w:rPr>
                <w:b/>
                <w:sz w:val="19"/>
              </w:rPr>
              <w:t xml:space="preserve"> / </w:t>
            </w:r>
            <w:proofErr w:type="spellStart"/>
            <w:r>
              <w:rPr>
                <w:b/>
                <w:sz w:val="19"/>
              </w:rPr>
              <w:t>Cellulare</w:t>
            </w:r>
            <w:proofErr w:type="spellEnd"/>
            <w:r>
              <w:rPr>
                <w:b/>
                <w:sz w:val="19"/>
              </w:rPr>
              <w:t>:</w:t>
            </w:r>
          </w:p>
        </w:tc>
        <w:tc>
          <w:tcPr>
            <w:tcW w:w="6437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A80DB2" w14:textId="77777777" w:rsidR="00C55595" w:rsidRDefault="008E21B0">
            <w:r>
              <w:rPr>
                <w:sz w:val="19"/>
              </w:rPr>
              <w:t>__________________________________________________</w:t>
            </w:r>
          </w:p>
        </w:tc>
      </w:tr>
      <w:tr w:rsidR="00C55595" w14:paraId="7BF4609D" w14:textId="77777777">
        <w:trPr>
          <w:jc w:val="center"/>
        </w:trPr>
        <w:tc>
          <w:tcPr>
            <w:tcW w:w="3168" w:type="dxa"/>
            <w:shd w:val="clear" w:color="auto" w:fill="F0F4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6E3E9B" w14:textId="77777777" w:rsidR="00C55595" w:rsidRPr="000275A6" w:rsidRDefault="008E21B0">
            <w:pPr>
              <w:rPr>
                <w:lang w:val="it-IT"/>
              </w:rPr>
            </w:pPr>
            <w:r w:rsidRPr="000275A6">
              <w:rPr>
                <w:b/>
                <w:sz w:val="19"/>
                <w:lang w:val="it-IT"/>
              </w:rPr>
              <w:t>Indirizzo E-mail e PEC:</w:t>
            </w:r>
          </w:p>
        </w:tc>
        <w:tc>
          <w:tcPr>
            <w:tcW w:w="6437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646E9D" w14:textId="77777777" w:rsidR="00C55595" w:rsidRDefault="008E21B0">
            <w:r>
              <w:rPr>
                <w:sz w:val="19"/>
              </w:rPr>
              <w:t>E-mail: _______________________ PEC: _______________________</w:t>
            </w:r>
          </w:p>
        </w:tc>
      </w:tr>
      <w:tr w:rsidR="00C55595" w14:paraId="6D32A855" w14:textId="77777777">
        <w:trPr>
          <w:jc w:val="center"/>
        </w:trPr>
        <w:tc>
          <w:tcPr>
            <w:tcW w:w="3168" w:type="dxa"/>
            <w:shd w:val="clear" w:color="auto" w:fill="F0F4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2B503B" w14:textId="56F18D2A" w:rsidR="00C55595" w:rsidRDefault="00C55595"/>
        </w:tc>
        <w:tc>
          <w:tcPr>
            <w:tcW w:w="6437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B1E889" w14:textId="61BE272B" w:rsidR="00C55595" w:rsidRDefault="00C55595"/>
        </w:tc>
      </w:tr>
      <w:tr w:rsidR="00C55595" w14:paraId="7031F811" w14:textId="77777777">
        <w:trPr>
          <w:jc w:val="center"/>
        </w:trPr>
        <w:tc>
          <w:tcPr>
            <w:tcW w:w="3168" w:type="dxa"/>
            <w:shd w:val="clear" w:color="auto" w:fill="F0F4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70B98B" w14:textId="77777777" w:rsidR="00C55595" w:rsidRDefault="008E21B0">
            <w:r>
              <w:rPr>
                <w:b/>
                <w:sz w:val="19"/>
              </w:rPr>
              <w:t>Professione / Attività svolta:</w:t>
            </w:r>
          </w:p>
        </w:tc>
        <w:tc>
          <w:tcPr>
            <w:tcW w:w="6437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8ADC4B" w14:textId="77777777" w:rsidR="00C55595" w:rsidRDefault="008E21B0">
            <w:r>
              <w:rPr>
                <w:sz w:val="19"/>
              </w:rPr>
              <w:t>__________________________________________________</w:t>
            </w:r>
          </w:p>
        </w:tc>
      </w:tr>
    </w:tbl>
    <w:p w14:paraId="4806A7AD" w14:textId="77777777" w:rsidR="00C55595" w:rsidRDefault="00C55595"/>
    <w:p w14:paraId="425B694B" w14:textId="77777777" w:rsidR="00C55595" w:rsidRPr="000275A6" w:rsidRDefault="008E21B0">
      <w:pPr>
        <w:rPr>
          <w:lang w:val="it-IT"/>
        </w:rPr>
      </w:pPr>
      <w:r w:rsidRPr="000275A6">
        <w:rPr>
          <w:b/>
          <w:color w:val="1B365D"/>
          <w:lang w:val="it-IT"/>
        </w:rPr>
        <w:t>2. CHIEDE DI PARTECIPARE ALLA SELEZIONE PER IL SEGUENTE PROFILO:</w:t>
      </w:r>
    </w:p>
    <w:p w14:paraId="76116C4E" w14:textId="77777777" w:rsidR="00C55595" w:rsidRPr="000275A6" w:rsidRDefault="008E21B0">
      <w:pPr>
        <w:pStyle w:val="Puntoelenco"/>
        <w:rPr>
          <w:lang w:val="it-IT"/>
        </w:rPr>
      </w:pPr>
      <w:r w:rsidRPr="000275A6">
        <w:rPr>
          <w:b/>
          <w:lang w:val="it-IT"/>
        </w:rPr>
        <w:t>[  ] N. 1 FOTOGRAFO PROFESSIONISTA (ESPERTO ESTERNO)</w:t>
      </w:r>
      <w:r w:rsidRPr="000275A6">
        <w:rPr>
          <w:b/>
          <w:lang w:val="it-IT"/>
        </w:rPr>
        <w:br/>
      </w:r>
      <w:r w:rsidRPr="000275A6">
        <w:rPr>
          <w:sz w:val="19"/>
          <w:lang w:val="it-IT"/>
        </w:rPr>
        <w:t xml:space="preserve">     (Conduzione workshop fotografico, documentazione processi creativi e video-storytelling per il prodotto finale)</w:t>
      </w:r>
    </w:p>
    <w:p w14:paraId="1574DD55" w14:textId="77777777" w:rsidR="00C55595" w:rsidRPr="000275A6" w:rsidRDefault="008E21B0">
      <w:pPr>
        <w:spacing w:before="120"/>
        <w:rPr>
          <w:lang w:val="it-IT"/>
        </w:rPr>
      </w:pPr>
      <w:r w:rsidRPr="000275A6">
        <w:rPr>
          <w:b/>
          <w:color w:val="1B365D"/>
          <w:lang w:val="it-IT"/>
        </w:rPr>
        <w:t>3. DICHIARAZIONI SOSTITUTIVE (ARTT. 46 E 47 D.P.R. 445/2000)</w:t>
      </w:r>
    </w:p>
    <w:p w14:paraId="3F5BB60F" w14:textId="77777777" w:rsidR="00C55595" w:rsidRPr="000275A6" w:rsidRDefault="008E21B0">
      <w:pPr>
        <w:pStyle w:val="Puntoelenco"/>
        <w:spacing w:after="40"/>
        <w:rPr>
          <w:lang w:val="it-IT"/>
        </w:rPr>
      </w:pPr>
      <w:r w:rsidRPr="000275A6">
        <w:rPr>
          <w:sz w:val="19"/>
          <w:lang w:val="it-IT"/>
        </w:rPr>
        <w:t>Di essere cittadino/a italiano/a o di uno Stato membro dell'Unione Europea;</w:t>
      </w:r>
    </w:p>
    <w:p w14:paraId="3C642F6C" w14:textId="77777777" w:rsidR="00C55595" w:rsidRPr="000275A6" w:rsidRDefault="008E21B0">
      <w:pPr>
        <w:pStyle w:val="Puntoelenco"/>
        <w:spacing w:after="40"/>
        <w:rPr>
          <w:lang w:val="it-IT"/>
        </w:rPr>
      </w:pPr>
      <w:r w:rsidRPr="000275A6">
        <w:rPr>
          <w:sz w:val="19"/>
          <w:lang w:val="it-IT"/>
        </w:rPr>
        <w:t>Di godere dei diritti civili e politici nello Stato di appartenenza;</w:t>
      </w:r>
    </w:p>
    <w:p w14:paraId="6A7C1122" w14:textId="77777777" w:rsidR="00C55595" w:rsidRPr="000275A6" w:rsidRDefault="008E21B0">
      <w:pPr>
        <w:pStyle w:val="Puntoelenco"/>
        <w:spacing w:after="40"/>
        <w:rPr>
          <w:lang w:val="it-IT"/>
        </w:rPr>
      </w:pPr>
      <w:r w:rsidRPr="000275A6">
        <w:rPr>
          <w:sz w:val="19"/>
          <w:lang w:val="it-IT"/>
        </w:rPr>
        <w:t>Di non aver riportato condanne penali e di non avere procedimenti penali pendenti a proprio carico (in caso contrario, specificare: _________________________________________________);</w:t>
      </w:r>
    </w:p>
    <w:p w14:paraId="34AA2975" w14:textId="77777777" w:rsidR="00C55595" w:rsidRPr="000275A6" w:rsidRDefault="008E21B0">
      <w:pPr>
        <w:pStyle w:val="Puntoelenco"/>
        <w:spacing w:after="40"/>
        <w:rPr>
          <w:lang w:val="it-IT"/>
        </w:rPr>
      </w:pPr>
      <w:r w:rsidRPr="000275A6">
        <w:rPr>
          <w:sz w:val="19"/>
          <w:lang w:val="it-IT"/>
        </w:rPr>
        <w:t>Di non essere stato/a destituito/a, dispensato/a o dichiarato/a decaduto/a dall'impiego presso una Pubblica Amministrazione;</w:t>
      </w:r>
    </w:p>
    <w:p w14:paraId="7F053AC0" w14:textId="591F905A" w:rsidR="00C55595" w:rsidRPr="000E53EE" w:rsidRDefault="008E21B0">
      <w:pPr>
        <w:pStyle w:val="Puntoelenco"/>
        <w:spacing w:after="40"/>
        <w:rPr>
          <w:lang w:val="it-IT"/>
        </w:rPr>
      </w:pPr>
      <w:r w:rsidRPr="000275A6">
        <w:rPr>
          <w:sz w:val="19"/>
          <w:lang w:val="it-IT"/>
        </w:rPr>
        <w:t xml:space="preserve">Di essere in possesso dei requisiti di ammissione e dei titoli culturali/professionali previsti </w:t>
      </w:r>
      <w:r w:rsidR="000E53EE">
        <w:rPr>
          <w:sz w:val="19"/>
          <w:lang w:val="it-IT"/>
        </w:rPr>
        <w:t>n</w:t>
      </w:r>
      <w:r w:rsidRPr="000E53EE">
        <w:rPr>
          <w:sz w:val="19"/>
          <w:lang w:val="it-IT"/>
        </w:rPr>
        <w:t>ell'Avviso di Selezione Pubblica;</w:t>
      </w:r>
    </w:p>
    <w:p w14:paraId="06ABE25F" w14:textId="77777777" w:rsidR="00C55595" w:rsidRPr="000275A6" w:rsidRDefault="008E21B0">
      <w:pPr>
        <w:pStyle w:val="Puntoelenco"/>
        <w:spacing w:after="40"/>
        <w:rPr>
          <w:lang w:val="it-IT"/>
        </w:rPr>
      </w:pPr>
      <w:r w:rsidRPr="000275A6">
        <w:rPr>
          <w:sz w:val="19"/>
          <w:lang w:val="it-IT"/>
        </w:rPr>
        <w:t>Di accettare incondizionatamente tutte le norme, le condizioni e le clausole contenute nell'Avviso di Selezione Pubblica emanato dall'I.C. "Giovanni Dantoni";</w:t>
      </w:r>
    </w:p>
    <w:p w14:paraId="0B180B7D" w14:textId="77777777" w:rsidR="00C55595" w:rsidRPr="000275A6" w:rsidRDefault="008E21B0">
      <w:pPr>
        <w:pStyle w:val="Puntoelenco"/>
        <w:spacing w:after="40"/>
        <w:rPr>
          <w:lang w:val="it-IT"/>
        </w:rPr>
      </w:pPr>
      <w:r w:rsidRPr="000275A6">
        <w:rPr>
          <w:sz w:val="19"/>
          <w:lang w:val="it-IT"/>
        </w:rPr>
        <w:lastRenderedPageBreak/>
        <w:t xml:space="preserve">Di prestare il proprio consenso al trattamento dei dati personali ai sensi del Regolamento UE 2016/679 (GDPR) e del </w:t>
      </w:r>
      <w:proofErr w:type="spellStart"/>
      <w:r w:rsidRPr="000275A6">
        <w:rPr>
          <w:sz w:val="19"/>
          <w:lang w:val="it-IT"/>
        </w:rPr>
        <w:t>D.Lgs.</w:t>
      </w:r>
      <w:proofErr w:type="spellEnd"/>
      <w:r w:rsidRPr="000275A6">
        <w:rPr>
          <w:sz w:val="19"/>
          <w:lang w:val="it-IT"/>
        </w:rPr>
        <w:t xml:space="preserve"> 196/2003 per le finalità connesse alla presente procedura di selezione.</w:t>
      </w:r>
    </w:p>
    <w:p w14:paraId="347D7DFF" w14:textId="77777777" w:rsidR="00C55595" w:rsidRDefault="008E21B0">
      <w:pPr>
        <w:spacing w:before="120"/>
      </w:pPr>
      <w:r>
        <w:rPr>
          <w:b/>
          <w:color w:val="1B365D"/>
        </w:rPr>
        <w:t>4. ELENCO DOCUMENTAZIONE ALLEGATA OBBLIGATORIA</w:t>
      </w:r>
    </w:p>
    <w:p w14:paraId="4D577355" w14:textId="77777777" w:rsidR="00C55595" w:rsidRPr="000275A6" w:rsidRDefault="008E21B0">
      <w:pPr>
        <w:pStyle w:val="Puntoelenco"/>
        <w:spacing w:after="40"/>
        <w:rPr>
          <w:lang w:val="it-IT"/>
        </w:rPr>
      </w:pPr>
      <w:r w:rsidRPr="000275A6">
        <w:rPr>
          <w:sz w:val="19"/>
          <w:lang w:val="it-IT"/>
        </w:rPr>
        <w:t>Curriculum Vitae aggiornato in formato Europass, datato e sottoscritto;</w:t>
      </w:r>
    </w:p>
    <w:p w14:paraId="2EF05999" w14:textId="77777777" w:rsidR="00C55595" w:rsidRPr="000275A6" w:rsidRDefault="008E21B0">
      <w:pPr>
        <w:pStyle w:val="Puntoelenco"/>
        <w:spacing w:after="40"/>
        <w:rPr>
          <w:lang w:val="it-IT"/>
        </w:rPr>
      </w:pPr>
      <w:r w:rsidRPr="000275A6">
        <w:rPr>
          <w:sz w:val="19"/>
          <w:lang w:val="it-IT"/>
        </w:rPr>
        <w:t>Portfolio professionale dettagliato attestante le competenze nel settore di candidatura;</w:t>
      </w:r>
    </w:p>
    <w:p w14:paraId="55AA14A1" w14:textId="01C44600" w:rsidR="00C55595" w:rsidRPr="000275A6" w:rsidRDefault="008E21B0">
      <w:pPr>
        <w:pStyle w:val="Puntoelenco"/>
        <w:spacing w:after="40"/>
        <w:rPr>
          <w:lang w:val="it-IT"/>
        </w:rPr>
      </w:pPr>
      <w:r w:rsidRPr="000275A6">
        <w:rPr>
          <w:sz w:val="19"/>
          <w:lang w:val="it-IT"/>
        </w:rPr>
        <w:t>Copia dei titoli di studio e delle certificazioni attinenti all</w:t>
      </w:r>
      <w:r w:rsidR="000E53EE">
        <w:rPr>
          <w:sz w:val="19"/>
          <w:lang w:val="it-IT"/>
        </w:rPr>
        <w:t>a</w:t>
      </w:r>
      <w:r w:rsidRPr="000275A6">
        <w:rPr>
          <w:sz w:val="19"/>
          <w:lang w:val="it-IT"/>
        </w:rPr>
        <w:t xml:space="preserve"> Fotografia;</w:t>
      </w:r>
    </w:p>
    <w:p w14:paraId="78E63A5A" w14:textId="77777777" w:rsidR="00C55595" w:rsidRPr="000275A6" w:rsidRDefault="008E21B0">
      <w:pPr>
        <w:pStyle w:val="Puntoelenco"/>
        <w:spacing w:after="40"/>
        <w:rPr>
          <w:lang w:val="it-IT"/>
        </w:rPr>
      </w:pPr>
      <w:r w:rsidRPr="000275A6">
        <w:rPr>
          <w:sz w:val="19"/>
          <w:lang w:val="it-IT"/>
        </w:rPr>
        <w:t>Dichiarazione di insussistenza di cause di incompatibilità e assenza di conflitti di interesse (Modello B);</w:t>
      </w:r>
    </w:p>
    <w:p w14:paraId="3359950B" w14:textId="77777777" w:rsidR="00C55595" w:rsidRPr="000275A6" w:rsidRDefault="008E21B0">
      <w:pPr>
        <w:pStyle w:val="Puntoelenco"/>
        <w:spacing w:after="40"/>
        <w:rPr>
          <w:lang w:val="it-IT"/>
        </w:rPr>
      </w:pPr>
      <w:r w:rsidRPr="000275A6">
        <w:rPr>
          <w:sz w:val="19"/>
          <w:lang w:val="it-IT"/>
        </w:rPr>
        <w:t xml:space="preserve">Eventuale autorizzazione dell'Amministrazione/Scuola di appartenenza ex art. 53 </w:t>
      </w:r>
      <w:proofErr w:type="spellStart"/>
      <w:r w:rsidRPr="000275A6">
        <w:rPr>
          <w:sz w:val="19"/>
          <w:lang w:val="it-IT"/>
        </w:rPr>
        <w:t>D.Lgs.</w:t>
      </w:r>
      <w:proofErr w:type="spellEnd"/>
      <w:r w:rsidRPr="000275A6">
        <w:rPr>
          <w:sz w:val="19"/>
          <w:lang w:val="it-IT"/>
        </w:rPr>
        <w:t xml:space="preserve"> 165/2001 (se dipendente pubblico);</w:t>
      </w:r>
    </w:p>
    <w:p w14:paraId="0EB794B3" w14:textId="77777777" w:rsidR="00C55595" w:rsidRPr="000275A6" w:rsidRDefault="008E21B0">
      <w:pPr>
        <w:pStyle w:val="Puntoelenco"/>
        <w:spacing w:after="40"/>
        <w:rPr>
          <w:lang w:val="it-IT"/>
        </w:rPr>
      </w:pPr>
      <w:r w:rsidRPr="000275A6">
        <w:rPr>
          <w:sz w:val="19"/>
          <w:lang w:val="it-IT"/>
        </w:rPr>
        <w:t>Fotocopia di un documento di riconoscimento in corso di validità e codice fiscale.</w:t>
      </w:r>
    </w:p>
    <w:p w14:paraId="33D0585E" w14:textId="77777777" w:rsidR="00C55595" w:rsidRPr="000275A6" w:rsidRDefault="00C55595">
      <w:pPr>
        <w:spacing w:after="200"/>
        <w:rPr>
          <w:lang w:val="it-IT"/>
        </w:rPr>
      </w:pPr>
    </w:p>
    <w:p w14:paraId="5ADAD09C" w14:textId="77777777" w:rsidR="00C55595" w:rsidRPr="000275A6" w:rsidRDefault="008E21B0">
      <w:pPr>
        <w:spacing w:before="240"/>
        <w:rPr>
          <w:lang w:val="it-IT"/>
        </w:rPr>
      </w:pPr>
      <w:r w:rsidRPr="000275A6">
        <w:rPr>
          <w:b/>
          <w:sz w:val="20"/>
          <w:lang w:val="it-IT"/>
        </w:rPr>
        <w:t>Luogo e Data: __________________________, ____/____/2026</w:t>
      </w:r>
      <w:r w:rsidRPr="000275A6">
        <w:rPr>
          <w:b/>
          <w:sz w:val="20"/>
          <w:lang w:val="it-IT"/>
        </w:rPr>
        <w:br/>
      </w:r>
      <w:r w:rsidRPr="000275A6">
        <w:rPr>
          <w:b/>
          <w:sz w:val="20"/>
          <w:lang w:val="it-IT"/>
        </w:rPr>
        <w:br/>
      </w:r>
      <w:r w:rsidRPr="000275A6">
        <w:rPr>
          <w:b/>
          <w:sz w:val="20"/>
          <w:lang w:val="it-IT"/>
        </w:rPr>
        <w:br/>
        <w:t>Firma del/della Candidato/a: __________________________________</w:t>
      </w:r>
    </w:p>
    <w:p w14:paraId="1781CEEF" w14:textId="77777777" w:rsidR="00C55595" w:rsidRPr="000275A6" w:rsidRDefault="008E21B0">
      <w:pPr>
        <w:rPr>
          <w:lang w:val="it-IT"/>
        </w:rPr>
      </w:pPr>
      <w:r w:rsidRPr="000275A6">
        <w:rPr>
          <w:lang w:val="it-IT"/>
        </w:rPr>
        <w:br w:type="page"/>
      </w:r>
    </w:p>
    <w:p w14:paraId="69EC6DA1" w14:textId="77777777" w:rsidR="00C55595" w:rsidRPr="000275A6" w:rsidRDefault="008E21B0">
      <w:pPr>
        <w:pStyle w:val="Titolo1"/>
        <w:spacing w:before="120" w:after="160"/>
        <w:rPr>
          <w:lang w:val="it-IT"/>
        </w:rPr>
      </w:pPr>
      <w:r w:rsidRPr="000275A6">
        <w:rPr>
          <w:rFonts w:ascii="Arial" w:hAnsi="Arial"/>
          <w:color w:val="1B365D"/>
          <w:sz w:val="26"/>
          <w:lang w:val="it-IT"/>
        </w:rPr>
        <w:lastRenderedPageBreak/>
        <w:t>MODELLO B – DICHIARAZIONE DI INSUSSISTENZA DI CAUSE DI INCOMPATIBILITÀ E ASSENZA DI CONFLITTI DI INTERESSE</w:t>
      </w:r>
    </w:p>
    <w:p w14:paraId="2E36AC48" w14:textId="77777777" w:rsidR="00C55595" w:rsidRPr="000275A6" w:rsidRDefault="008E21B0">
      <w:pPr>
        <w:rPr>
          <w:lang w:val="it-IT"/>
        </w:rPr>
      </w:pPr>
      <w:r w:rsidRPr="000275A6">
        <w:rPr>
          <w:i/>
          <w:color w:val="505050"/>
          <w:sz w:val="18"/>
          <w:lang w:val="it-IT"/>
        </w:rPr>
        <w:t xml:space="preserve">(Rilasciata ai sensi degli artt. 46 e 47 del D.P.R. 28/12/2000 n. 445, dell'art. 53 del </w:t>
      </w:r>
      <w:proofErr w:type="spellStart"/>
      <w:r w:rsidRPr="000275A6">
        <w:rPr>
          <w:i/>
          <w:color w:val="505050"/>
          <w:sz w:val="18"/>
          <w:lang w:val="it-IT"/>
        </w:rPr>
        <w:t>D.Lgs.</w:t>
      </w:r>
      <w:proofErr w:type="spellEnd"/>
      <w:r w:rsidRPr="000275A6">
        <w:rPr>
          <w:i/>
          <w:color w:val="505050"/>
          <w:sz w:val="18"/>
          <w:lang w:val="it-IT"/>
        </w:rPr>
        <w:t xml:space="preserve"> 165/2001, del </w:t>
      </w:r>
      <w:proofErr w:type="spellStart"/>
      <w:r w:rsidRPr="000275A6">
        <w:rPr>
          <w:i/>
          <w:color w:val="505050"/>
          <w:sz w:val="18"/>
          <w:lang w:val="it-IT"/>
        </w:rPr>
        <w:t>D.Lgs.</w:t>
      </w:r>
      <w:proofErr w:type="spellEnd"/>
      <w:r w:rsidRPr="000275A6">
        <w:rPr>
          <w:i/>
          <w:color w:val="505050"/>
          <w:sz w:val="18"/>
          <w:lang w:val="it-IT"/>
        </w:rPr>
        <w:t xml:space="preserve"> 39/2013 e del D.P.R. 62/2013)</w:t>
      </w:r>
    </w:p>
    <w:p w14:paraId="027C0420" w14:textId="77777777" w:rsidR="00C55595" w:rsidRPr="000275A6" w:rsidRDefault="008E21B0">
      <w:pPr>
        <w:spacing w:before="120"/>
        <w:jc w:val="right"/>
        <w:rPr>
          <w:lang w:val="it-IT"/>
        </w:rPr>
      </w:pPr>
      <w:r w:rsidRPr="000275A6">
        <w:rPr>
          <w:b/>
          <w:sz w:val="20"/>
          <w:lang w:val="it-IT"/>
        </w:rPr>
        <w:t>Al Dirigente Scolastico</w:t>
      </w:r>
      <w:r w:rsidRPr="000275A6">
        <w:rPr>
          <w:b/>
          <w:sz w:val="20"/>
          <w:lang w:val="it-IT"/>
        </w:rPr>
        <w:br/>
        <w:t>dell'I.C. "Giovanni Dantoni"</w:t>
      </w:r>
      <w:r w:rsidRPr="000275A6">
        <w:rPr>
          <w:b/>
          <w:sz w:val="20"/>
          <w:lang w:val="it-IT"/>
        </w:rPr>
        <w:br/>
        <w:t>Via Perasso n. 2 – 97018 Scicli (RG)</w:t>
      </w:r>
    </w:p>
    <w:p w14:paraId="6AB6FB6A" w14:textId="5D0B41FD" w:rsidR="00C55595" w:rsidRPr="000275A6" w:rsidRDefault="008E21B0">
      <w:pPr>
        <w:spacing w:before="160"/>
        <w:rPr>
          <w:lang w:val="it-IT"/>
        </w:rPr>
      </w:pPr>
      <w:r w:rsidRPr="000275A6">
        <w:rPr>
          <w:lang w:val="it-IT"/>
        </w:rPr>
        <w:t xml:space="preserve">Il/La sottoscritto/a _________________________________________, nato/a </w:t>
      </w:r>
      <w:proofErr w:type="spellStart"/>
      <w:r w:rsidRPr="000275A6">
        <w:rPr>
          <w:lang w:val="it-IT"/>
        </w:rPr>
        <w:t>a</w:t>
      </w:r>
      <w:proofErr w:type="spellEnd"/>
      <w:r w:rsidRPr="000275A6">
        <w:rPr>
          <w:lang w:val="it-IT"/>
        </w:rPr>
        <w:t xml:space="preserve"> _________________________ (___) il ___/___/____, C.F. _________________________, residente a _________________________ (___) in Via _________________________________________ n. ____, candidato/a all'Avviso di Selezione Pubblica per l'affidamento dell'incarico di esperto </w:t>
      </w:r>
      <w:r w:rsidR="000E53EE">
        <w:rPr>
          <w:lang w:val="it-IT"/>
        </w:rPr>
        <w:t xml:space="preserve">Fotografo professionista </w:t>
      </w:r>
      <w:r w:rsidRPr="000275A6">
        <w:rPr>
          <w:lang w:val="it-IT"/>
        </w:rPr>
        <w:t>nell'ambito del Progetto "CONNESSI NELL'ARTE" (CUP: G42J26000050002),</w:t>
      </w:r>
    </w:p>
    <w:p w14:paraId="08D80FC5" w14:textId="77777777" w:rsidR="00C55595" w:rsidRPr="000275A6" w:rsidRDefault="008E21B0">
      <w:pPr>
        <w:spacing w:before="160"/>
        <w:jc w:val="center"/>
        <w:rPr>
          <w:lang w:val="it-IT"/>
        </w:rPr>
      </w:pPr>
      <w:r w:rsidRPr="000275A6">
        <w:rPr>
          <w:b/>
          <w:color w:val="1B365D"/>
          <w:sz w:val="24"/>
          <w:lang w:val="it-IT"/>
        </w:rPr>
        <w:t>DICHIARA</w:t>
      </w:r>
    </w:p>
    <w:p w14:paraId="63E19F27" w14:textId="77777777" w:rsidR="00C55595" w:rsidRPr="000275A6" w:rsidRDefault="008E21B0">
      <w:pPr>
        <w:rPr>
          <w:lang w:val="it-IT"/>
        </w:rPr>
      </w:pPr>
      <w:r w:rsidRPr="000275A6">
        <w:rPr>
          <w:lang w:val="it-IT"/>
        </w:rPr>
        <w:t>sotto la propria personale responsabilità, consapevole delle sanzioni penali richiamate dall'art. 76 del D.P.R. 445/2000 per le ipotesi di falsità in atti e dichiarazioni mendaci:</w:t>
      </w:r>
    </w:p>
    <w:p w14:paraId="61A389E9" w14:textId="77777777" w:rsidR="00C55595" w:rsidRPr="000275A6" w:rsidRDefault="008E21B0">
      <w:pPr>
        <w:ind w:left="288"/>
        <w:rPr>
          <w:lang w:val="it-IT"/>
        </w:rPr>
      </w:pPr>
      <w:r w:rsidRPr="000275A6">
        <w:rPr>
          <w:b/>
          <w:color w:val="1B365D"/>
          <w:sz w:val="20"/>
          <w:lang w:val="it-IT"/>
        </w:rPr>
        <w:t xml:space="preserve">1. Insussistenza di incompatibilità: </w:t>
      </w:r>
      <w:r w:rsidRPr="000275A6">
        <w:rPr>
          <w:sz w:val="19"/>
          <w:lang w:val="it-IT"/>
        </w:rPr>
        <w:t>Di non versare in alcuna delle situazioni di incompatibilità previste dalla normativa vigente, da leggi regionali o da regolamenti interni per lo svolgimento delle prestazioni oggetto dell'incarico;</w:t>
      </w:r>
    </w:p>
    <w:p w14:paraId="59EE9B51" w14:textId="77777777" w:rsidR="00C55595" w:rsidRPr="000275A6" w:rsidRDefault="008E21B0">
      <w:pPr>
        <w:ind w:left="288"/>
        <w:rPr>
          <w:lang w:val="it-IT"/>
        </w:rPr>
      </w:pPr>
      <w:r w:rsidRPr="000275A6">
        <w:rPr>
          <w:b/>
          <w:color w:val="1B365D"/>
          <w:sz w:val="20"/>
          <w:lang w:val="it-IT"/>
        </w:rPr>
        <w:t xml:space="preserve">2. Assenza di conflitto di interessi: </w:t>
      </w:r>
      <w:r w:rsidRPr="000275A6">
        <w:rPr>
          <w:sz w:val="19"/>
          <w:lang w:val="it-IT"/>
        </w:rPr>
        <w:t xml:space="preserve">Di non avere, direttamente o indirettamente, un interesse finanziario, economico o altro interesse personale che possa essere percepito come una minaccia all'imparzialità e indipendenza nello svolgimento dell'incarico, ai sensi dell'art. 53, comma 14, del </w:t>
      </w:r>
      <w:proofErr w:type="spellStart"/>
      <w:r w:rsidRPr="000275A6">
        <w:rPr>
          <w:sz w:val="19"/>
          <w:lang w:val="it-IT"/>
        </w:rPr>
        <w:t>D.Lgs.</w:t>
      </w:r>
      <w:proofErr w:type="spellEnd"/>
      <w:r w:rsidRPr="000275A6">
        <w:rPr>
          <w:sz w:val="19"/>
          <w:lang w:val="it-IT"/>
        </w:rPr>
        <w:t xml:space="preserve"> 165/2001 e dell'art. 7 del D.P.R. 62/2013;</w:t>
      </w:r>
    </w:p>
    <w:p w14:paraId="31C94CF1" w14:textId="77777777" w:rsidR="00C55595" w:rsidRPr="000275A6" w:rsidRDefault="008E21B0">
      <w:pPr>
        <w:ind w:left="288"/>
        <w:rPr>
          <w:lang w:val="it-IT"/>
        </w:rPr>
      </w:pPr>
      <w:r w:rsidRPr="000275A6">
        <w:rPr>
          <w:b/>
          <w:color w:val="1B365D"/>
          <w:sz w:val="20"/>
          <w:lang w:val="it-IT"/>
        </w:rPr>
        <w:t xml:space="preserve">3. </w:t>
      </w:r>
      <w:proofErr w:type="spellStart"/>
      <w:r w:rsidRPr="000275A6">
        <w:rPr>
          <w:b/>
          <w:color w:val="1B365D"/>
          <w:sz w:val="20"/>
          <w:lang w:val="it-IT"/>
        </w:rPr>
        <w:t>Inconferibilità</w:t>
      </w:r>
      <w:proofErr w:type="spellEnd"/>
      <w:r w:rsidRPr="000275A6">
        <w:rPr>
          <w:b/>
          <w:color w:val="1B365D"/>
          <w:sz w:val="20"/>
          <w:lang w:val="it-IT"/>
        </w:rPr>
        <w:t xml:space="preserve"> e Incompatibilità (</w:t>
      </w:r>
      <w:proofErr w:type="spellStart"/>
      <w:r w:rsidRPr="000275A6">
        <w:rPr>
          <w:b/>
          <w:color w:val="1B365D"/>
          <w:sz w:val="20"/>
          <w:lang w:val="it-IT"/>
        </w:rPr>
        <w:t>D.Lgs.</w:t>
      </w:r>
      <w:proofErr w:type="spellEnd"/>
      <w:r w:rsidRPr="000275A6">
        <w:rPr>
          <w:b/>
          <w:color w:val="1B365D"/>
          <w:sz w:val="20"/>
          <w:lang w:val="it-IT"/>
        </w:rPr>
        <w:t xml:space="preserve"> 39/2013): </w:t>
      </w:r>
      <w:r w:rsidRPr="000275A6">
        <w:rPr>
          <w:sz w:val="19"/>
          <w:lang w:val="it-IT"/>
        </w:rPr>
        <w:t xml:space="preserve">Di non trovarsi in alcuna delle condizioni di </w:t>
      </w:r>
      <w:proofErr w:type="spellStart"/>
      <w:r w:rsidRPr="000275A6">
        <w:rPr>
          <w:sz w:val="19"/>
          <w:lang w:val="it-IT"/>
        </w:rPr>
        <w:t>inconferibilità</w:t>
      </w:r>
      <w:proofErr w:type="spellEnd"/>
      <w:r w:rsidRPr="000275A6">
        <w:rPr>
          <w:sz w:val="19"/>
          <w:lang w:val="it-IT"/>
        </w:rPr>
        <w:t xml:space="preserve"> o incompatibilità di cui al Decreto Legislativo 8 aprile 2013, n. 39;</w:t>
      </w:r>
    </w:p>
    <w:p w14:paraId="12997D37" w14:textId="77777777" w:rsidR="00C55595" w:rsidRPr="000275A6" w:rsidRDefault="008E21B0">
      <w:pPr>
        <w:ind w:left="288"/>
        <w:rPr>
          <w:lang w:val="it-IT"/>
        </w:rPr>
      </w:pPr>
      <w:r w:rsidRPr="000275A6">
        <w:rPr>
          <w:b/>
          <w:color w:val="1B365D"/>
          <w:sz w:val="20"/>
          <w:lang w:val="it-IT"/>
        </w:rPr>
        <w:t xml:space="preserve">4. Assenza di parentela o affinità: </w:t>
      </w:r>
      <w:r w:rsidRPr="000275A6">
        <w:rPr>
          <w:sz w:val="19"/>
          <w:lang w:val="it-IT"/>
        </w:rPr>
        <w:t>Di non avere rapporti di parentela o affinità entro il quarto grado compreso con il Dirigente Scolastico, con il Direttore dei Servizi Generali e Amministrativi (DSGA), o con i componenti della Commissione Valutatrice dell'I.C. "Giovanni Dantoni";</w:t>
      </w:r>
    </w:p>
    <w:p w14:paraId="25655B48" w14:textId="77777777" w:rsidR="00C55595" w:rsidRPr="000275A6" w:rsidRDefault="008E21B0">
      <w:pPr>
        <w:ind w:left="288"/>
        <w:rPr>
          <w:lang w:val="it-IT"/>
        </w:rPr>
      </w:pPr>
      <w:r w:rsidRPr="000275A6">
        <w:rPr>
          <w:b/>
          <w:color w:val="1B365D"/>
          <w:sz w:val="20"/>
          <w:lang w:val="it-IT"/>
        </w:rPr>
        <w:t xml:space="preserve">5. Obbligo di comunicazione tempestiva: </w:t>
      </w:r>
      <w:r w:rsidRPr="000275A6">
        <w:rPr>
          <w:sz w:val="19"/>
          <w:lang w:val="it-IT"/>
        </w:rPr>
        <w:t>Di impegnarsi a comunicare tempestivamente al Dirigente Scolastico qualsiasi variazione o situazione di conflitto di interessi, anche potenziale, che dovesse sopravvenire durante l'espletamento dell'incarico;</w:t>
      </w:r>
    </w:p>
    <w:p w14:paraId="3C6BAAC1" w14:textId="77777777" w:rsidR="00C55595" w:rsidRPr="000275A6" w:rsidRDefault="008E21B0">
      <w:pPr>
        <w:ind w:left="288"/>
        <w:rPr>
          <w:lang w:val="it-IT"/>
        </w:rPr>
      </w:pPr>
      <w:r w:rsidRPr="000275A6">
        <w:rPr>
          <w:b/>
          <w:color w:val="1B365D"/>
          <w:sz w:val="20"/>
          <w:lang w:val="it-IT"/>
        </w:rPr>
        <w:t xml:space="preserve">6. Incarichi presso Pubbliche Amministrazioni (se applicabile): </w:t>
      </w:r>
      <w:r w:rsidRPr="000275A6">
        <w:rPr>
          <w:sz w:val="19"/>
          <w:lang w:val="it-IT"/>
        </w:rPr>
        <w:t xml:space="preserve">Di [  ] non essere dipendente pubblico / [  ] essere dipendente presso l'Amministrazione/Scuola _______________________________________ e di aver richiesto/ottenuto la prescritta autorizzazione ex art. 53 </w:t>
      </w:r>
      <w:proofErr w:type="spellStart"/>
      <w:r w:rsidRPr="000275A6">
        <w:rPr>
          <w:sz w:val="19"/>
          <w:lang w:val="it-IT"/>
        </w:rPr>
        <w:t>D.Lgs.</w:t>
      </w:r>
      <w:proofErr w:type="spellEnd"/>
      <w:r w:rsidRPr="000275A6">
        <w:rPr>
          <w:sz w:val="19"/>
          <w:lang w:val="it-IT"/>
        </w:rPr>
        <w:t xml:space="preserve"> 165/2001.</w:t>
      </w:r>
    </w:p>
    <w:p w14:paraId="0982808A" w14:textId="77777777" w:rsidR="00C55595" w:rsidRPr="000275A6" w:rsidRDefault="008E21B0">
      <w:pPr>
        <w:spacing w:before="160"/>
        <w:rPr>
          <w:lang w:val="it-IT"/>
        </w:rPr>
      </w:pPr>
      <w:r w:rsidRPr="000275A6">
        <w:rPr>
          <w:i/>
          <w:sz w:val="18"/>
          <w:lang w:val="it-IT"/>
        </w:rPr>
        <w:t>Il/La sottoscritto/a autorizza l'I.C. "Giovanni Dantoni" al trattamento dei dati personali presenti nella presente dichiarazione ai sensi del Regolamento UE 2016/679 (GDPR) per le finalità istituzionali legate alla gestione della procedura di selezione e dell'eventuale contratto.</w:t>
      </w:r>
    </w:p>
    <w:p w14:paraId="6E89DA1D" w14:textId="77777777" w:rsidR="00C55595" w:rsidRPr="000275A6" w:rsidRDefault="00C55595">
      <w:pPr>
        <w:spacing w:after="240"/>
        <w:rPr>
          <w:lang w:val="it-IT"/>
        </w:rPr>
      </w:pPr>
    </w:p>
    <w:p w14:paraId="39817C47" w14:textId="77777777" w:rsidR="00C55595" w:rsidRPr="000275A6" w:rsidRDefault="008E21B0">
      <w:pPr>
        <w:spacing w:before="320"/>
        <w:rPr>
          <w:lang w:val="it-IT"/>
        </w:rPr>
      </w:pPr>
      <w:r w:rsidRPr="000275A6">
        <w:rPr>
          <w:b/>
          <w:sz w:val="20"/>
          <w:lang w:val="it-IT"/>
        </w:rPr>
        <w:t>Luogo e Data: __________________________, ____/____/2026</w:t>
      </w:r>
      <w:r w:rsidRPr="000275A6">
        <w:rPr>
          <w:b/>
          <w:sz w:val="20"/>
          <w:lang w:val="it-IT"/>
        </w:rPr>
        <w:br/>
      </w:r>
      <w:r w:rsidRPr="000275A6">
        <w:rPr>
          <w:b/>
          <w:sz w:val="20"/>
          <w:lang w:val="it-IT"/>
        </w:rPr>
        <w:br/>
      </w:r>
      <w:r w:rsidRPr="000275A6">
        <w:rPr>
          <w:b/>
          <w:sz w:val="20"/>
          <w:lang w:val="it-IT"/>
        </w:rPr>
        <w:br/>
        <w:t>Firma del/della Dichiarante: __________________________________</w:t>
      </w:r>
    </w:p>
    <w:sectPr w:rsidR="00C55595" w:rsidRPr="000275A6" w:rsidSect="00034616">
      <w:headerReference w:type="default" r:id="rId8"/>
      <w:footerReference w:type="default" r:id="rId9"/>
      <w:pgSz w:w="11909" w:h="16834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ABDFBB" w14:textId="77777777" w:rsidR="00552E10" w:rsidRDefault="00552E10">
      <w:pPr>
        <w:spacing w:after="0" w:line="240" w:lineRule="auto"/>
      </w:pPr>
      <w:r>
        <w:separator/>
      </w:r>
    </w:p>
  </w:endnote>
  <w:endnote w:type="continuationSeparator" w:id="0">
    <w:p w14:paraId="6EA91E83" w14:textId="77777777" w:rsidR="00552E10" w:rsidRDefault="00552E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5D857" w14:textId="77777777" w:rsidR="00C55595" w:rsidRPr="000275A6" w:rsidRDefault="008E21B0">
    <w:pPr>
      <w:pStyle w:val="Pidipagina"/>
      <w:jc w:val="center"/>
      <w:rPr>
        <w:lang w:val="it-IT"/>
      </w:rPr>
    </w:pPr>
    <w:r w:rsidRPr="000275A6">
      <w:rPr>
        <w:color w:val="787878"/>
        <w:sz w:val="17"/>
        <w:lang w:val="it-IT"/>
      </w:rPr>
      <w:t xml:space="preserve">Modelli di Candidatura - Avviso Selezione Pubblica (CUP: G42J26000050002) - Pagina </w:t>
    </w:r>
    <w:r>
      <w:fldChar w:fldCharType="begin"/>
    </w:r>
    <w:r w:rsidRPr="000275A6">
      <w:rPr>
        <w:lang w:val="it-IT"/>
      </w:rPr>
      <w:instrText>PAGE</w:instrText>
    </w:r>
    <w:r>
      <w:fldChar w:fldCharType="separate"/>
    </w:r>
    <w:r w:rsidR="000275A6" w:rsidRPr="000275A6">
      <w:rPr>
        <w:noProof/>
        <w:lang w:val="it-IT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BDA75" w14:textId="77777777" w:rsidR="00552E10" w:rsidRDefault="00552E10">
      <w:pPr>
        <w:spacing w:after="0" w:line="240" w:lineRule="auto"/>
      </w:pPr>
      <w:r>
        <w:separator/>
      </w:r>
    </w:p>
  </w:footnote>
  <w:footnote w:type="continuationSeparator" w:id="0">
    <w:p w14:paraId="1B8EF23F" w14:textId="77777777" w:rsidR="00552E10" w:rsidRDefault="00552E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2FCE16" w14:textId="77777777" w:rsidR="00C55595" w:rsidRPr="000275A6" w:rsidRDefault="008E21B0">
    <w:pPr>
      <w:pStyle w:val="Intestazione"/>
      <w:jc w:val="right"/>
      <w:rPr>
        <w:lang w:val="it-IT"/>
      </w:rPr>
    </w:pPr>
    <w:r w:rsidRPr="000275A6">
      <w:rPr>
        <w:color w:val="787878"/>
        <w:sz w:val="17"/>
        <w:lang w:val="it-IT"/>
      </w:rPr>
      <w:t>I.C. GIOVANNI DANTONI - SCICLI | Progetto 'CONNESSI NELL'ARTE'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75A6"/>
    <w:rsid w:val="00034616"/>
    <w:rsid w:val="0006063C"/>
    <w:rsid w:val="000E53EE"/>
    <w:rsid w:val="0015074B"/>
    <w:rsid w:val="00277C60"/>
    <w:rsid w:val="0029639D"/>
    <w:rsid w:val="00326F90"/>
    <w:rsid w:val="00552E10"/>
    <w:rsid w:val="008E21B0"/>
    <w:rsid w:val="00AA1D8D"/>
    <w:rsid w:val="00B47730"/>
    <w:rsid w:val="00C5559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F5B115"/>
  <w14:defaultImageDpi w14:val="300"/>
  <w15:docId w15:val="{628A6835-B36A-47F6-B4F7-08E45AC29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80"/>
    </w:pPr>
    <w:rPr>
      <w:rFonts w:ascii="Arial" w:hAnsi="Arial"/>
      <w:color w:val="282828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937</Words>
  <Characters>5346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6271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Preside</cp:lastModifiedBy>
  <cp:revision>2</cp:revision>
  <dcterms:created xsi:type="dcterms:W3CDTF">2026-09-29T14:21:00Z</dcterms:created>
  <dcterms:modified xsi:type="dcterms:W3CDTF">2026-09-29T14:21:00Z</dcterms:modified>
  <cp:category/>
</cp:coreProperties>
</file>