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3F1FA" w14:textId="77777777" w:rsidR="00AA2A7C" w:rsidRPr="002D7598" w:rsidRDefault="00A45E80">
      <w:pPr>
        <w:spacing w:after="40"/>
        <w:rPr>
          <w:lang w:val="it-IT"/>
        </w:rPr>
      </w:pPr>
      <w:r w:rsidRPr="002D7598">
        <w:rPr>
          <w:rFonts w:ascii="Calibri" w:hAnsi="Calibri"/>
          <w:b/>
          <w:color w:val="4A6B82"/>
          <w:lang w:val="it-IT"/>
        </w:rPr>
        <w:t>ISTITUTO COMPRENSIVO "GIOVANNI DANTONI" - SCICLI</w:t>
      </w:r>
      <w:r w:rsidRPr="002D7598">
        <w:rPr>
          <w:rFonts w:ascii="Calibri" w:hAnsi="Calibri"/>
          <w:b/>
          <w:color w:val="4A6B82"/>
          <w:lang w:val="it-IT"/>
        </w:rPr>
        <w:br/>
      </w:r>
      <w:r w:rsidRPr="002D7598">
        <w:rPr>
          <w:rFonts w:ascii="Calibri" w:hAnsi="Calibri"/>
          <w:b/>
          <w:color w:val="1B365D"/>
          <w:sz w:val="26"/>
          <w:lang w:val="it-IT"/>
        </w:rPr>
        <w:t>Progetto "CONNESSI NELL'ARTE"</w:t>
      </w:r>
      <w:r w:rsidRPr="002D7598">
        <w:rPr>
          <w:rFonts w:ascii="Calibri" w:hAnsi="Calibri"/>
          <w:b/>
          <w:color w:val="1B365D"/>
          <w:sz w:val="26"/>
          <w:lang w:val="it-IT"/>
        </w:rPr>
        <w:br/>
      </w:r>
      <w:r w:rsidRPr="002D7598">
        <w:rPr>
          <w:rFonts w:ascii="Calibri" w:hAnsi="Calibri"/>
          <w:i/>
          <w:color w:val="646464"/>
          <w:sz w:val="19"/>
          <w:lang w:val="it-IT"/>
        </w:rPr>
        <w:t>Finanziato ai sensi della Circolare Reg. Siciliana n. 00006 del 19/02/2026 - "Educare all'Arte"</w:t>
      </w:r>
    </w:p>
    <w:p w14:paraId="2D06F0EB" w14:textId="009A77B7" w:rsidR="00AA2A7C" w:rsidRPr="002D7598" w:rsidRDefault="00A45E80">
      <w:pPr>
        <w:spacing w:before="280" w:after="240"/>
        <w:jc w:val="center"/>
        <w:rPr>
          <w:sz w:val="24"/>
          <w:szCs w:val="24"/>
          <w:lang w:val="it-IT"/>
        </w:rPr>
      </w:pPr>
      <w:r w:rsidRPr="002D7598">
        <w:rPr>
          <w:rFonts w:ascii="Calibri" w:hAnsi="Calibri"/>
          <w:b/>
          <w:color w:val="1B365D"/>
          <w:sz w:val="24"/>
          <w:szCs w:val="24"/>
          <w:lang w:val="it-IT"/>
        </w:rPr>
        <w:t xml:space="preserve">SCHEDA </w:t>
      </w:r>
      <w:r w:rsidRPr="002D7598">
        <w:rPr>
          <w:rFonts w:ascii="Calibri" w:hAnsi="Calibri"/>
          <w:b/>
          <w:color w:val="1B365D"/>
          <w:sz w:val="24"/>
          <w:szCs w:val="24"/>
          <w:lang w:val="it-IT"/>
        </w:rPr>
        <w:t xml:space="preserve">DI VALUTAZIONE TITOLI </w:t>
      </w:r>
      <w:r w:rsidRPr="002D7598">
        <w:rPr>
          <w:rFonts w:ascii="Calibri" w:hAnsi="Calibri"/>
          <w:b/>
          <w:color w:val="1B365D"/>
          <w:sz w:val="24"/>
          <w:szCs w:val="24"/>
          <w:lang w:val="it-IT"/>
        </w:rPr>
        <w:t xml:space="preserve">RECLUTAMENTO </w:t>
      </w:r>
      <w:r w:rsidR="002D7598" w:rsidRPr="002D7598">
        <w:rPr>
          <w:rFonts w:ascii="Calibri" w:hAnsi="Calibri"/>
          <w:b/>
          <w:color w:val="1B365D"/>
          <w:sz w:val="24"/>
          <w:szCs w:val="24"/>
          <w:lang w:val="it-IT"/>
        </w:rPr>
        <w:t>FOTOGRAFO</w:t>
      </w:r>
    </w:p>
    <w:p w14:paraId="02631C2A" w14:textId="77777777" w:rsidR="00AA2A7C" w:rsidRPr="002D7598" w:rsidRDefault="00A45E80">
      <w:pPr>
        <w:spacing w:before="120" w:after="80"/>
        <w:rPr>
          <w:lang w:val="it-IT"/>
        </w:rPr>
      </w:pPr>
      <w:r w:rsidRPr="002D7598">
        <w:rPr>
          <w:rFonts w:ascii="Calibri" w:hAnsi="Calibri"/>
          <w:b/>
          <w:color w:val="1B365D"/>
          <w:sz w:val="24"/>
          <w:lang w:val="it-IT"/>
        </w:rPr>
        <w:t>1. Anagrafica del Candidato e Profilo di Candidatura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AA2A7C" w:rsidRPr="002D7598" w14:paraId="10D29CDB" w14:textId="77777777">
        <w:trPr>
          <w:jc w:val="center"/>
        </w:trPr>
        <w:tc>
          <w:tcPr>
            <w:tcW w:w="3168" w:type="dxa"/>
            <w:shd w:val="clear" w:color="auto" w:fill="F0F4F8"/>
          </w:tcPr>
          <w:p w14:paraId="2F3C3A3F" w14:textId="77777777" w:rsidR="00AA2A7C" w:rsidRPr="002D7598" w:rsidRDefault="00A45E80">
            <w:pPr>
              <w:spacing w:before="60" w:after="60"/>
              <w:ind w:left="80" w:right="80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1B365D"/>
                <w:sz w:val="19"/>
                <w:lang w:val="it-IT"/>
              </w:rPr>
              <w:t>Nome e Cognome Candidato/a:</w:t>
            </w:r>
          </w:p>
        </w:tc>
        <w:tc>
          <w:tcPr>
            <w:tcW w:w="6624" w:type="dxa"/>
          </w:tcPr>
          <w:p w14:paraId="34934534" w14:textId="77777777" w:rsidR="00AA2A7C" w:rsidRPr="002D7598" w:rsidRDefault="00AA2A7C">
            <w:pPr>
              <w:spacing w:before="60" w:after="60"/>
              <w:ind w:left="80" w:right="80"/>
              <w:rPr>
                <w:lang w:val="it-IT"/>
              </w:rPr>
            </w:pPr>
          </w:p>
        </w:tc>
      </w:tr>
      <w:tr w:rsidR="00AA2A7C" w:rsidRPr="002D7598" w14:paraId="0E6DDD03" w14:textId="77777777">
        <w:trPr>
          <w:jc w:val="center"/>
        </w:trPr>
        <w:tc>
          <w:tcPr>
            <w:tcW w:w="3168" w:type="dxa"/>
            <w:shd w:val="clear" w:color="auto" w:fill="F0F4F8"/>
          </w:tcPr>
          <w:p w14:paraId="7AD8438A" w14:textId="77777777" w:rsidR="00AA2A7C" w:rsidRPr="002D7598" w:rsidRDefault="00A45E80">
            <w:pPr>
              <w:spacing w:before="60" w:after="60"/>
              <w:ind w:left="80" w:right="80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1B365D"/>
                <w:sz w:val="19"/>
                <w:lang w:val="it-IT"/>
              </w:rPr>
              <w:t>Codice Fiscale / Data di Nascita:</w:t>
            </w:r>
          </w:p>
        </w:tc>
        <w:tc>
          <w:tcPr>
            <w:tcW w:w="6624" w:type="dxa"/>
          </w:tcPr>
          <w:p w14:paraId="55A3F7FF" w14:textId="77777777" w:rsidR="00AA2A7C" w:rsidRPr="002D7598" w:rsidRDefault="00AA2A7C">
            <w:pPr>
              <w:spacing w:before="60" w:after="60"/>
              <w:ind w:left="80" w:right="80"/>
              <w:rPr>
                <w:lang w:val="it-IT"/>
              </w:rPr>
            </w:pPr>
          </w:p>
        </w:tc>
      </w:tr>
      <w:tr w:rsidR="00AA2A7C" w14:paraId="5698D46E" w14:textId="77777777">
        <w:trPr>
          <w:jc w:val="center"/>
        </w:trPr>
        <w:tc>
          <w:tcPr>
            <w:tcW w:w="3168" w:type="dxa"/>
            <w:shd w:val="clear" w:color="auto" w:fill="F0F4F8"/>
          </w:tcPr>
          <w:p w14:paraId="27C47ABB" w14:textId="77777777" w:rsidR="00AA2A7C" w:rsidRPr="002D7598" w:rsidRDefault="00A45E80">
            <w:pPr>
              <w:spacing w:before="60" w:after="60"/>
              <w:ind w:left="80" w:right="80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1B365D"/>
                <w:sz w:val="19"/>
                <w:lang w:val="it-IT"/>
              </w:rPr>
              <w:t>Profilo per cui si candida:</w:t>
            </w:r>
          </w:p>
        </w:tc>
        <w:tc>
          <w:tcPr>
            <w:tcW w:w="6624" w:type="dxa"/>
          </w:tcPr>
          <w:p w14:paraId="37A52C14" w14:textId="41513919" w:rsidR="00AA2A7C" w:rsidRDefault="00A45E80">
            <w:pPr>
              <w:spacing w:before="60" w:after="60"/>
              <w:ind w:left="80" w:right="80"/>
            </w:pPr>
            <w:r w:rsidRPr="002D7598">
              <w:rPr>
                <w:rFonts w:ascii="Calibri" w:hAnsi="Calibri"/>
                <w:color w:val="222222"/>
                <w:sz w:val="19"/>
                <w:lang w:val="it-IT"/>
              </w:rPr>
              <w:t xml:space="preserve"> </w:t>
            </w:r>
            <w:proofErr w:type="gramStart"/>
            <w:r>
              <w:rPr>
                <w:rFonts w:ascii="Calibri" w:hAnsi="Calibri"/>
                <w:color w:val="222222"/>
                <w:sz w:val="19"/>
              </w:rPr>
              <w:t>[  ]</w:t>
            </w:r>
            <w:proofErr w:type="gramEnd"/>
            <w:r>
              <w:rPr>
                <w:rFonts w:ascii="Calibri" w:hAnsi="Calibri"/>
                <w:color w:val="222222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222222"/>
                <w:sz w:val="19"/>
              </w:rPr>
              <w:t>Fotografo</w:t>
            </w:r>
            <w:proofErr w:type="spellEnd"/>
            <w:r>
              <w:rPr>
                <w:rFonts w:ascii="Calibri" w:hAnsi="Calibri"/>
                <w:color w:val="222222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222222"/>
                <w:sz w:val="19"/>
              </w:rPr>
              <w:t>Professionista</w:t>
            </w:r>
            <w:proofErr w:type="spellEnd"/>
          </w:p>
        </w:tc>
      </w:tr>
    </w:tbl>
    <w:p w14:paraId="4E10946B" w14:textId="77777777" w:rsidR="00AA2A7C" w:rsidRDefault="00AA2A7C">
      <w:pPr>
        <w:spacing w:after="160"/>
      </w:pPr>
    </w:p>
    <w:p w14:paraId="6CFA36E7" w14:textId="77777777" w:rsidR="002D7598" w:rsidRDefault="00A45E80" w:rsidP="002D7598">
      <w:pPr>
        <w:spacing w:before="240" w:after="80"/>
        <w:rPr>
          <w:rFonts w:ascii="Calibri" w:hAnsi="Calibri"/>
          <w:b/>
          <w:color w:val="1B365D"/>
          <w:sz w:val="24"/>
          <w:lang w:val="it-IT"/>
        </w:rPr>
      </w:pPr>
      <w:r w:rsidRPr="002D7598">
        <w:rPr>
          <w:rFonts w:ascii="Calibri" w:hAnsi="Calibri"/>
          <w:b/>
          <w:color w:val="1B365D"/>
          <w:sz w:val="24"/>
          <w:lang w:val="it-IT"/>
        </w:rPr>
        <w:t xml:space="preserve">2. </w:t>
      </w:r>
      <w:r w:rsidRPr="002D7598">
        <w:rPr>
          <w:rFonts w:ascii="Calibri" w:hAnsi="Calibri"/>
          <w:b/>
          <w:color w:val="1B365D"/>
          <w:sz w:val="24"/>
          <w:lang w:val="it-IT"/>
        </w:rPr>
        <w:t xml:space="preserve">Griglia di Valutazione – </w:t>
      </w:r>
      <w:proofErr w:type="gramStart"/>
      <w:r w:rsidRPr="002D7598">
        <w:rPr>
          <w:rFonts w:ascii="Calibri" w:hAnsi="Calibri"/>
          <w:b/>
          <w:color w:val="1B365D"/>
          <w:sz w:val="24"/>
          <w:lang w:val="it-IT"/>
        </w:rPr>
        <w:t>PROFIL</w:t>
      </w:r>
      <w:r w:rsidR="002D7598">
        <w:rPr>
          <w:rFonts w:ascii="Calibri" w:hAnsi="Calibri"/>
          <w:b/>
          <w:color w:val="1B365D"/>
          <w:sz w:val="24"/>
          <w:lang w:val="it-IT"/>
        </w:rPr>
        <w:t>O</w:t>
      </w:r>
      <w:r w:rsidRPr="002D7598">
        <w:rPr>
          <w:rFonts w:ascii="Calibri" w:hAnsi="Calibri"/>
          <w:b/>
          <w:color w:val="1B365D"/>
          <w:sz w:val="24"/>
          <w:lang w:val="it-IT"/>
        </w:rPr>
        <w:t xml:space="preserve"> </w:t>
      </w:r>
      <w:r w:rsidRPr="002D7598">
        <w:rPr>
          <w:rFonts w:ascii="Calibri" w:hAnsi="Calibri"/>
          <w:b/>
          <w:color w:val="1B365D"/>
          <w:sz w:val="24"/>
          <w:lang w:val="it-IT"/>
        </w:rPr>
        <w:t>:</w:t>
      </w:r>
      <w:proofErr w:type="gramEnd"/>
      <w:r w:rsidRPr="002D7598">
        <w:rPr>
          <w:rFonts w:ascii="Calibri" w:hAnsi="Calibri"/>
          <w:b/>
          <w:color w:val="1B365D"/>
          <w:sz w:val="24"/>
          <w:lang w:val="it-IT"/>
        </w:rPr>
        <w:t xml:space="preserve"> </w:t>
      </w:r>
      <w:r w:rsidR="002D7598" w:rsidRPr="002D7598">
        <w:rPr>
          <w:rFonts w:ascii="Calibri" w:hAnsi="Calibri"/>
          <w:b/>
          <w:color w:val="1B365D"/>
          <w:sz w:val="24"/>
          <w:lang w:val="it-IT"/>
        </w:rPr>
        <w:t>Fotografo Professionista (Esperto Esterno)</w:t>
      </w:r>
    </w:p>
    <w:p w14:paraId="656F1988" w14:textId="5D923912" w:rsidR="002D7598" w:rsidRPr="002D7598" w:rsidRDefault="00A45E80" w:rsidP="002D7598">
      <w:pPr>
        <w:spacing w:before="240" w:after="80"/>
        <w:rPr>
          <w:rFonts w:ascii="Calibri" w:hAnsi="Calibri"/>
          <w:i/>
          <w:color w:val="4A6B82"/>
          <w:sz w:val="19"/>
          <w:lang w:val="it-IT"/>
        </w:rPr>
      </w:pPr>
      <w:r w:rsidRPr="002D7598">
        <w:rPr>
          <w:rFonts w:ascii="Calibri" w:hAnsi="Calibri"/>
          <w:i/>
          <w:color w:val="4A6B82"/>
          <w:sz w:val="19"/>
          <w:lang w:val="it-IT"/>
        </w:rPr>
        <w:t>Ruolo</w:t>
      </w:r>
      <w:r w:rsidR="002D7598" w:rsidRPr="002D7598">
        <w:rPr>
          <w:rFonts w:ascii="Calibri" w:hAnsi="Calibri"/>
          <w:i/>
          <w:color w:val="4A6B82"/>
          <w:sz w:val="19"/>
          <w:lang w:val="it-IT"/>
        </w:rPr>
        <w:t xml:space="preserve"> (Conduzione workshop fotografico, documentazione processi creativi e video-storytelling per il prodotto finale)</w:t>
      </w:r>
    </w:p>
    <w:p w14:paraId="7C7D95D0" w14:textId="54152AD8" w:rsidR="00AA2A7C" w:rsidRPr="002D7598" w:rsidRDefault="00AA2A7C">
      <w:pPr>
        <w:spacing w:after="120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  <w:insideV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464"/>
        <w:gridCol w:w="1008"/>
        <w:gridCol w:w="1152"/>
        <w:gridCol w:w="1139"/>
      </w:tblGrid>
      <w:tr w:rsidR="00AA2A7C" w14:paraId="759BC67C" w14:textId="77777777" w:rsidTr="002D7598">
        <w:trPr>
          <w:jc w:val="center"/>
        </w:trPr>
        <w:tc>
          <w:tcPr>
            <w:tcW w:w="2160" w:type="dxa"/>
            <w:shd w:val="clear" w:color="auto" w:fill="1B365D"/>
          </w:tcPr>
          <w:p w14:paraId="78E95468" w14:textId="77777777" w:rsidR="00AA2A7C" w:rsidRDefault="00A45E80">
            <w:pPr>
              <w:spacing w:before="80" w:after="8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Categoria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Ambito</w:t>
            </w:r>
            <w:proofErr w:type="spellEnd"/>
          </w:p>
        </w:tc>
        <w:tc>
          <w:tcPr>
            <w:tcW w:w="4464" w:type="dxa"/>
            <w:shd w:val="clear" w:color="auto" w:fill="1B365D"/>
          </w:tcPr>
          <w:p w14:paraId="2A57FFC3" w14:textId="77777777" w:rsidR="00AA2A7C" w:rsidRPr="002D7598" w:rsidRDefault="00A45E80">
            <w:pPr>
              <w:spacing w:before="80" w:after="80"/>
              <w:jc w:val="center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FFFFFF"/>
                <w:sz w:val="18"/>
                <w:lang w:val="it-IT"/>
              </w:rPr>
              <w:t>Criteri Dettagliati e Sub-Indicatori</w:t>
            </w:r>
          </w:p>
        </w:tc>
        <w:tc>
          <w:tcPr>
            <w:tcW w:w="1008" w:type="dxa"/>
            <w:shd w:val="clear" w:color="auto" w:fill="1B365D"/>
          </w:tcPr>
          <w:p w14:paraId="0CFB9790" w14:textId="77777777" w:rsidR="00AA2A7C" w:rsidRDefault="00A45E80"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 xml:space="preserve">Max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Punti</w:t>
            </w:r>
            <w:proofErr w:type="spellEnd"/>
          </w:p>
        </w:tc>
        <w:tc>
          <w:tcPr>
            <w:tcW w:w="1152" w:type="dxa"/>
            <w:shd w:val="clear" w:color="auto" w:fill="1B365D"/>
          </w:tcPr>
          <w:p w14:paraId="2AF219E0" w14:textId="07D39EE0" w:rsidR="00AA2A7C" w:rsidRDefault="002D7598">
            <w:pPr>
              <w:spacing w:before="80" w:after="8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Autovalutazione</w:t>
            </w:r>
            <w:proofErr w:type="spellEnd"/>
            <w:r>
              <w:rPr>
                <w:rFonts w:ascii="Calibri" w:hAnsi="Calibri"/>
                <w:b/>
                <w:color w:val="FFFFFF"/>
                <w:sz w:val="18"/>
              </w:rPr>
              <w:t xml:space="preserve"> del </w:t>
            </w:r>
            <w:proofErr w:type="spellStart"/>
            <w:r>
              <w:rPr>
                <w:rFonts w:ascii="Calibri" w:hAnsi="Calibri"/>
                <w:b/>
                <w:color w:val="FFFFFF"/>
                <w:sz w:val="18"/>
              </w:rPr>
              <w:t>candidato</w:t>
            </w:r>
            <w:proofErr w:type="spellEnd"/>
          </w:p>
        </w:tc>
        <w:tc>
          <w:tcPr>
            <w:tcW w:w="1139" w:type="dxa"/>
            <w:shd w:val="clear" w:color="auto" w:fill="1B365D"/>
          </w:tcPr>
          <w:p w14:paraId="24D76072" w14:textId="12456A9B" w:rsidR="00AA2A7C" w:rsidRPr="002D7598" w:rsidRDefault="002D7598">
            <w:pPr>
              <w:spacing w:before="80" w:after="8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2D7598">
              <w:rPr>
                <w:rFonts w:asciiTheme="majorHAnsi" w:hAnsiTheme="majorHAnsi" w:cstheme="majorHAnsi"/>
                <w:sz w:val="20"/>
                <w:szCs w:val="20"/>
              </w:rPr>
              <w:t>Punteggio</w:t>
            </w:r>
            <w:proofErr w:type="spellEnd"/>
            <w:r w:rsidRPr="002D759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2D7598">
              <w:rPr>
                <w:rFonts w:asciiTheme="majorHAnsi" w:hAnsiTheme="majorHAnsi" w:cstheme="majorHAnsi"/>
                <w:sz w:val="20"/>
                <w:szCs w:val="20"/>
              </w:rPr>
              <w:t>commissione</w:t>
            </w:r>
            <w:proofErr w:type="spellEnd"/>
          </w:p>
        </w:tc>
      </w:tr>
      <w:tr w:rsidR="00AA2A7C" w14:paraId="02A56B19" w14:textId="77777777" w:rsidTr="002D7598">
        <w:trPr>
          <w:jc w:val="center"/>
        </w:trPr>
        <w:tc>
          <w:tcPr>
            <w:tcW w:w="2160" w:type="dxa"/>
            <w:shd w:val="clear" w:color="auto" w:fill="FFFFFF"/>
          </w:tcPr>
          <w:p w14:paraId="741A716A" w14:textId="77777777" w:rsidR="00AA2A7C" w:rsidRPr="002D7598" w:rsidRDefault="00A45E80">
            <w:pPr>
              <w:spacing w:before="60" w:after="60"/>
              <w:ind w:left="60" w:right="60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222222"/>
                <w:sz w:val="17"/>
                <w:lang w:val="it-IT"/>
              </w:rPr>
              <w:t>A. Titoli e Qualifiche Professionali</w:t>
            </w:r>
            <w:r w:rsidRPr="002D7598">
              <w:rPr>
                <w:rFonts w:ascii="Calibri" w:hAnsi="Calibri"/>
                <w:b/>
                <w:color w:val="222222"/>
                <w:sz w:val="17"/>
                <w:lang w:val="it-IT"/>
              </w:rPr>
              <w:br/>
              <w:t>(Max 25 Punti)</w:t>
            </w:r>
          </w:p>
        </w:tc>
        <w:tc>
          <w:tcPr>
            <w:tcW w:w="4464" w:type="dxa"/>
            <w:shd w:val="clear" w:color="auto" w:fill="FFFFFF"/>
          </w:tcPr>
          <w:p w14:paraId="357DDEC7" w14:textId="77777777" w:rsidR="00AA2A7C" w:rsidRPr="002D7598" w:rsidRDefault="00A45E80">
            <w:pPr>
              <w:spacing w:before="60" w:after="60"/>
              <w:ind w:left="60" w:right="60"/>
              <w:rPr>
                <w:lang w:val="it-IT"/>
              </w:rPr>
            </w:pP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 xml:space="preserve">• Titolo di studio specifico: Diploma/Laurea in Fotografia, Cinema, Nuove Tecnologie dell'Arte o Accademia di Belle Arti (Max 15 </w:t>
            </w:r>
            <w:proofErr w:type="spellStart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br/>
              <w:t xml:space="preserve">• Iscrizione ad </w:t>
            </w: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 xml:space="preserve">albi/associazioni professionali o corsi di specializzazione in video-storytelling e reportage visivo (Max 10 </w:t>
            </w:r>
            <w:proofErr w:type="spellStart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</w:p>
        </w:tc>
        <w:tc>
          <w:tcPr>
            <w:tcW w:w="1008" w:type="dxa"/>
            <w:shd w:val="clear" w:color="auto" w:fill="FFFFFF"/>
          </w:tcPr>
          <w:p w14:paraId="38D84818" w14:textId="77777777" w:rsidR="00AA2A7C" w:rsidRDefault="00A45E80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color w:val="222222"/>
                <w:sz w:val="17"/>
              </w:rPr>
              <w:t>25</w:t>
            </w:r>
          </w:p>
        </w:tc>
        <w:tc>
          <w:tcPr>
            <w:tcW w:w="1152" w:type="dxa"/>
            <w:shd w:val="clear" w:color="auto" w:fill="FFFFFF"/>
          </w:tcPr>
          <w:p w14:paraId="5C52855A" w14:textId="77777777" w:rsidR="00AA2A7C" w:rsidRDefault="00AA2A7C">
            <w:pPr>
              <w:spacing w:before="60" w:after="60"/>
              <w:ind w:left="60" w:right="60"/>
              <w:jc w:val="center"/>
            </w:pPr>
          </w:p>
        </w:tc>
        <w:tc>
          <w:tcPr>
            <w:tcW w:w="1139" w:type="dxa"/>
            <w:shd w:val="clear" w:color="auto" w:fill="FFFFFF"/>
          </w:tcPr>
          <w:p w14:paraId="64D2B638" w14:textId="72CC6D4B" w:rsidR="00AA2A7C" w:rsidRDefault="00AA2A7C">
            <w:pPr>
              <w:spacing w:before="60" w:after="60"/>
              <w:ind w:left="60" w:right="60"/>
              <w:jc w:val="center"/>
            </w:pPr>
          </w:p>
        </w:tc>
      </w:tr>
      <w:tr w:rsidR="00AA2A7C" w14:paraId="42EFC5D3" w14:textId="77777777" w:rsidTr="002D7598">
        <w:trPr>
          <w:jc w:val="center"/>
        </w:trPr>
        <w:tc>
          <w:tcPr>
            <w:tcW w:w="2160" w:type="dxa"/>
            <w:shd w:val="clear" w:color="auto" w:fill="F9FBFD"/>
          </w:tcPr>
          <w:p w14:paraId="1F0A4F03" w14:textId="77777777" w:rsidR="00AA2A7C" w:rsidRPr="002D7598" w:rsidRDefault="00A45E80">
            <w:pPr>
              <w:spacing w:before="60" w:after="60"/>
              <w:ind w:left="60" w:right="60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222222"/>
                <w:sz w:val="17"/>
                <w:lang w:val="it-IT"/>
              </w:rPr>
              <w:t>B. Esperienza Professionale e Didattica</w:t>
            </w:r>
            <w:r w:rsidRPr="002D7598">
              <w:rPr>
                <w:rFonts w:ascii="Calibri" w:hAnsi="Calibri"/>
                <w:b/>
                <w:color w:val="222222"/>
                <w:sz w:val="17"/>
                <w:lang w:val="it-IT"/>
              </w:rPr>
              <w:br/>
              <w:t>(Max 35 Punti)</w:t>
            </w:r>
          </w:p>
        </w:tc>
        <w:tc>
          <w:tcPr>
            <w:tcW w:w="4464" w:type="dxa"/>
            <w:shd w:val="clear" w:color="auto" w:fill="F9FBFD"/>
          </w:tcPr>
          <w:p w14:paraId="6985F105" w14:textId="77777777" w:rsidR="00AA2A7C" w:rsidRPr="002D7598" w:rsidRDefault="00A45E80">
            <w:pPr>
              <w:spacing w:before="60" w:after="60"/>
              <w:ind w:left="60" w:right="60"/>
              <w:rPr>
                <w:lang w:val="it-IT"/>
              </w:rPr>
            </w:pP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 xml:space="preserve">• Anni di esperienza lavorativa comprovata come </w:t>
            </w: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 xml:space="preserve">fotografo/videomaker professionista (2 </w:t>
            </w:r>
            <w:proofErr w:type="spellStart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 xml:space="preserve"> per ogni anno di attività - Max 20 </w:t>
            </w:r>
            <w:proofErr w:type="spellStart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br/>
              <w:t xml:space="preserve">• Conduzione di workshop, laboratori scolastici o moduli formativi per la documentazione visiva (Max 15 </w:t>
            </w:r>
            <w:proofErr w:type="spellStart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</w:p>
        </w:tc>
        <w:tc>
          <w:tcPr>
            <w:tcW w:w="1008" w:type="dxa"/>
            <w:shd w:val="clear" w:color="auto" w:fill="F9FBFD"/>
          </w:tcPr>
          <w:p w14:paraId="527C2FDF" w14:textId="77777777" w:rsidR="00AA2A7C" w:rsidRDefault="00A45E80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color w:val="222222"/>
                <w:sz w:val="17"/>
              </w:rPr>
              <w:t>35</w:t>
            </w:r>
          </w:p>
        </w:tc>
        <w:tc>
          <w:tcPr>
            <w:tcW w:w="1152" w:type="dxa"/>
            <w:shd w:val="clear" w:color="auto" w:fill="F9FBFD"/>
          </w:tcPr>
          <w:p w14:paraId="01455CCD" w14:textId="77777777" w:rsidR="00AA2A7C" w:rsidRDefault="00AA2A7C">
            <w:pPr>
              <w:spacing w:before="60" w:after="60"/>
              <w:ind w:left="60" w:right="60"/>
              <w:jc w:val="center"/>
            </w:pPr>
          </w:p>
        </w:tc>
        <w:tc>
          <w:tcPr>
            <w:tcW w:w="1139" w:type="dxa"/>
            <w:shd w:val="clear" w:color="auto" w:fill="F9FBFD"/>
          </w:tcPr>
          <w:p w14:paraId="5D05CF55" w14:textId="2789CFDB" w:rsidR="00AA2A7C" w:rsidRDefault="00AA2A7C">
            <w:pPr>
              <w:spacing w:before="60" w:after="60"/>
              <w:ind w:left="60" w:right="60"/>
              <w:jc w:val="center"/>
            </w:pPr>
          </w:p>
        </w:tc>
      </w:tr>
      <w:tr w:rsidR="00AA2A7C" w14:paraId="3AA22FDE" w14:textId="77777777" w:rsidTr="002D7598">
        <w:trPr>
          <w:jc w:val="center"/>
        </w:trPr>
        <w:tc>
          <w:tcPr>
            <w:tcW w:w="2160" w:type="dxa"/>
            <w:shd w:val="clear" w:color="auto" w:fill="FFFFFF"/>
          </w:tcPr>
          <w:p w14:paraId="0384FBB5" w14:textId="77777777" w:rsidR="00AA2A7C" w:rsidRPr="002D7598" w:rsidRDefault="00A45E80">
            <w:pPr>
              <w:spacing w:before="60" w:after="60"/>
              <w:ind w:left="60" w:right="60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222222"/>
                <w:sz w:val="17"/>
                <w:lang w:val="it-IT"/>
              </w:rPr>
              <w:t>C. Valutazione del Portfolio Fotografico e Video</w:t>
            </w:r>
            <w:r w:rsidRPr="002D7598">
              <w:rPr>
                <w:rFonts w:ascii="Calibri" w:hAnsi="Calibri"/>
                <w:b/>
                <w:color w:val="222222"/>
                <w:sz w:val="17"/>
                <w:lang w:val="it-IT"/>
              </w:rPr>
              <w:br/>
            </w:r>
            <w:r w:rsidRPr="002D7598">
              <w:rPr>
                <w:rFonts w:ascii="Calibri" w:hAnsi="Calibri"/>
                <w:b/>
                <w:color w:val="222222"/>
                <w:sz w:val="17"/>
                <w:lang w:val="it-IT"/>
              </w:rPr>
              <w:t>(Max 40 Punti)</w:t>
            </w:r>
          </w:p>
        </w:tc>
        <w:tc>
          <w:tcPr>
            <w:tcW w:w="4464" w:type="dxa"/>
            <w:shd w:val="clear" w:color="auto" w:fill="FFFFFF"/>
          </w:tcPr>
          <w:p w14:paraId="1FB9103E" w14:textId="77777777" w:rsidR="00AA2A7C" w:rsidRPr="002D7598" w:rsidRDefault="00A45E80">
            <w:pPr>
              <w:spacing w:before="60" w:after="60"/>
              <w:ind w:left="60" w:right="60"/>
              <w:rPr>
                <w:lang w:val="it-IT"/>
              </w:rPr>
            </w:pP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 xml:space="preserve">• Qualità artistica e tecnica del portfolio fotografico (composizione, gestione luce, reportage di eventi/progetti) (Max 20 </w:t>
            </w:r>
            <w:proofErr w:type="spellStart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br/>
              <w:t>• Competenze dimostrate nel Video-Storytelling, montaggio e narrazione visiva per il video-racconto finale del pr</w:t>
            </w:r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 xml:space="preserve">ogetto (Max 20 </w:t>
            </w:r>
            <w:proofErr w:type="spellStart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pt</w:t>
            </w:r>
            <w:proofErr w:type="spellEnd"/>
            <w:r w:rsidRPr="002D7598">
              <w:rPr>
                <w:rFonts w:ascii="Calibri" w:hAnsi="Calibri"/>
                <w:color w:val="222222"/>
                <w:sz w:val="17"/>
                <w:lang w:val="it-IT"/>
              </w:rPr>
              <w:t>)</w:t>
            </w:r>
          </w:p>
        </w:tc>
        <w:tc>
          <w:tcPr>
            <w:tcW w:w="1008" w:type="dxa"/>
            <w:shd w:val="clear" w:color="auto" w:fill="FFFFFF"/>
          </w:tcPr>
          <w:p w14:paraId="19B0EAED" w14:textId="77777777" w:rsidR="00AA2A7C" w:rsidRDefault="00A45E80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color w:val="222222"/>
                <w:sz w:val="17"/>
              </w:rPr>
              <w:t>40</w:t>
            </w:r>
          </w:p>
        </w:tc>
        <w:tc>
          <w:tcPr>
            <w:tcW w:w="1152" w:type="dxa"/>
            <w:shd w:val="clear" w:color="auto" w:fill="FFFFFF"/>
          </w:tcPr>
          <w:p w14:paraId="333135C1" w14:textId="77777777" w:rsidR="00AA2A7C" w:rsidRDefault="00AA2A7C">
            <w:pPr>
              <w:spacing w:before="60" w:after="60"/>
              <w:ind w:left="60" w:right="60"/>
              <w:jc w:val="center"/>
            </w:pPr>
          </w:p>
        </w:tc>
        <w:tc>
          <w:tcPr>
            <w:tcW w:w="1139" w:type="dxa"/>
            <w:shd w:val="clear" w:color="auto" w:fill="FFFFFF"/>
          </w:tcPr>
          <w:p w14:paraId="01E7F4AD" w14:textId="6CF7D6E7" w:rsidR="00AA2A7C" w:rsidRDefault="00AA2A7C">
            <w:pPr>
              <w:spacing w:before="60" w:after="60"/>
              <w:ind w:left="60" w:right="60"/>
              <w:jc w:val="center"/>
            </w:pPr>
          </w:p>
        </w:tc>
      </w:tr>
      <w:tr w:rsidR="00AA2A7C" w14:paraId="1561907D" w14:textId="77777777" w:rsidTr="002D7598">
        <w:trPr>
          <w:jc w:val="center"/>
        </w:trPr>
        <w:tc>
          <w:tcPr>
            <w:tcW w:w="2160" w:type="dxa"/>
            <w:shd w:val="clear" w:color="auto" w:fill="F0F4F8"/>
          </w:tcPr>
          <w:p w14:paraId="7B133921" w14:textId="77777777" w:rsidR="00AA2A7C" w:rsidRDefault="00A45E80">
            <w:pPr>
              <w:spacing w:before="60" w:after="60"/>
              <w:ind w:left="60" w:right="60"/>
            </w:pPr>
            <w:r>
              <w:rPr>
                <w:rFonts w:ascii="Calibri" w:hAnsi="Calibri"/>
                <w:b/>
                <w:color w:val="1B365D"/>
                <w:sz w:val="18"/>
              </w:rPr>
              <w:t>TOTALE PUNTEGGIO PROFILO B</w:t>
            </w:r>
          </w:p>
        </w:tc>
        <w:tc>
          <w:tcPr>
            <w:tcW w:w="4464" w:type="dxa"/>
            <w:shd w:val="clear" w:color="auto" w:fill="F0F4F8"/>
          </w:tcPr>
          <w:p w14:paraId="2B83A3E5" w14:textId="77777777" w:rsidR="00AA2A7C" w:rsidRPr="002D7598" w:rsidRDefault="00A45E80">
            <w:pPr>
              <w:spacing w:before="60" w:after="60"/>
              <w:ind w:left="60" w:right="60"/>
              <w:rPr>
                <w:lang w:val="it-IT"/>
              </w:rPr>
            </w:pPr>
            <w:r w:rsidRPr="002D7598">
              <w:rPr>
                <w:rFonts w:ascii="Calibri" w:hAnsi="Calibri"/>
                <w:b/>
                <w:color w:val="222222"/>
                <w:sz w:val="18"/>
                <w:lang w:val="it-IT"/>
              </w:rPr>
              <w:t>Somma dei punti attribuiti per i criteri A, B e C</w:t>
            </w:r>
          </w:p>
        </w:tc>
        <w:tc>
          <w:tcPr>
            <w:tcW w:w="1008" w:type="dxa"/>
            <w:shd w:val="clear" w:color="auto" w:fill="F0F4F8"/>
          </w:tcPr>
          <w:p w14:paraId="74335A3C" w14:textId="77777777" w:rsidR="00AA2A7C" w:rsidRDefault="00A45E80">
            <w:pPr>
              <w:spacing w:before="60" w:after="60"/>
              <w:ind w:left="60" w:right="60"/>
              <w:jc w:val="center"/>
            </w:pPr>
            <w:r>
              <w:rPr>
                <w:rFonts w:ascii="Calibri" w:hAnsi="Calibri"/>
                <w:b/>
                <w:color w:val="222222"/>
                <w:sz w:val="18"/>
              </w:rPr>
              <w:t>100</w:t>
            </w:r>
          </w:p>
        </w:tc>
        <w:tc>
          <w:tcPr>
            <w:tcW w:w="1152" w:type="dxa"/>
            <w:shd w:val="clear" w:color="auto" w:fill="F0F4F8"/>
          </w:tcPr>
          <w:p w14:paraId="7119AC06" w14:textId="77777777" w:rsidR="00AA2A7C" w:rsidRDefault="00AA2A7C">
            <w:pPr>
              <w:spacing w:before="60" w:after="60"/>
              <w:ind w:left="60" w:right="60"/>
              <w:jc w:val="center"/>
            </w:pPr>
          </w:p>
        </w:tc>
        <w:tc>
          <w:tcPr>
            <w:tcW w:w="1139" w:type="dxa"/>
            <w:shd w:val="clear" w:color="auto" w:fill="F0F4F8"/>
          </w:tcPr>
          <w:p w14:paraId="00E968AE" w14:textId="77777777" w:rsidR="00AA2A7C" w:rsidRDefault="00AA2A7C">
            <w:pPr>
              <w:spacing w:before="60" w:after="60"/>
              <w:ind w:left="60" w:right="60"/>
              <w:jc w:val="center"/>
            </w:pPr>
          </w:p>
        </w:tc>
      </w:tr>
    </w:tbl>
    <w:p w14:paraId="5AF0C481" w14:textId="4DA45A2E" w:rsidR="00AA2A7C" w:rsidRDefault="00AA2A7C">
      <w:pPr>
        <w:spacing w:after="240"/>
      </w:pPr>
    </w:p>
    <w:p w14:paraId="35246D1B" w14:textId="7A7F3DA4" w:rsidR="002D7598" w:rsidRDefault="002D7598">
      <w:pPr>
        <w:spacing w:after="240"/>
        <w:rPr>
          <w:rFonts w:asciiTheme="majorHAnsi" w:hAnsiTheme="majorHAnsi" w:cstheme="majorHAnsi"/>
        </w:rPr>
      </w:pPr>
      <w:proofErr w:type="spellStart"/>
      <w:r w:rsidRPr="002D7598">
        <w:rPr>
          <w:rFonts w:asciiTheme="majorHAnsi" w:hAnsiTheme="majorHAnsi" w:cstheme="majorHAnsi"/>
        </w:rPr>
        <w:t>Firma</w:t>
      </w:r>
      <w:proofErr w:type="spellEnd"/>
      <w:r w:rsidRPr="002D7598">
        <w:rPr>
          <w:rFonts w:asciiTheme="majorHAnsi" w:hAnsiTheme="majorHAnsi" w:cstheme="majorHAnsi"/>
        </w:rPr>
        <w:t xml:space="preserve"> del </w:t>
      </w:r>
      <w:proofErr w:type="spellStart"/>
      <w:r w:rsidRPr="002D7598">
        <w:rPr>
          <w:rFonts w:asciiTheme="majorHAnsi" w:hAnsiTheme="majorHAnsi" w:cstheme="majorHAnsi"/>
        </w:rPr>
        <w:t>candidato</w:t>
      </w:r>
      <w:proofErr w:type="spellEnd"/>
    </w:p>
    <w:p w14:paraId="7E6CAC84" w14:textId="554E38AF" w:rsidR="002D7598" w:rsidRPr="002D7598" w:rsidRDefault="002D7598">
      <w:pPr>
        <w:spacing w:after="2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</w:t>
      </w:r>
    </w:p>
    <w:sectPr w:rsidR="002D7598" w:rsidRPr="002D7598" w:rsidSect="00034616">
      <w:headerReference w:type="default" r:id="rId8"/>
      <w:footerReference w:type="default" r:id="rId9"/>
      <w:pgSz w:w="12240" w:h="15840"/>
      <w:pgMar w:top="1296" w:right="1224" w:bottom="1296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33BCC" w14:textId="77777777" w:rsidR="00A45E80" w:rsidRDefault="00A45E80">
      <w:pPr>
        <w:spacing w:after="0" w:line="240" w:lineRule="auto"/>
      </w:pPr>
      <w:r>
        <w:separator/>
      </w:r>
    </w:p>
  </w:endnote>
  <w:endnote w:type="continuationSeparator" w:id="0">
    <w:p w14:paraId="3D7C6080" w14:textId="77777777" w:rsidR="00A45E80" w:rsidRDefault="00A4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AE4A3" w14:textId="77777777" w:rsidR="00AA2A7C" w:rsidRPr="002D7598" w:rsidRDefault="00A45E80">
    <w:pPr>
      <w:pStyle w:val="Pidipagina"/>
      <w:jc w:val="center"/>
      <w:rPr>
        <w:lang w:val="it-IT"/>
      </w:rPr>
    </w:pPr>
    <w:r w:rsidRPr="002D7598">
      <w:rPr>
        <w:rFonts w:ascii="Calibri" w:hAnsi="Calibri"/>
        <w:color w:val="787878"/>
        <w:sz w:val="17"/>
        <w:lang w:val="it-IT"/>
      </w:rPr>
      <w:t>Scheda di Valutazione Candidature - Avviso di Selezione Pubblica Esperti Esterni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C02CE" w14:textId="77777777" w:rsidR="00A45E80" w:rsidRDefault="00A45E80">
      <w:pPr>
        <w:spacing w:after="0" w:line="240" w:lineRule="auto"/>
      </w:pPr>
      <w:r>
        <w:separator/>
      </w:r>
    </w:p>
  </w:footnote>
  <w:footnote w:type="continuationSeparator" w:id="0">
    <w:p w14:paraId="52515D57" w14:textId="77777777" w:rsidR="00A45E80" w:rsidRDefault="00A45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B0AC6" w14:textId="77777777" w:rsidR="00AA2A7C" w:rsidRPr="002D7598" w:rsidRDefault="00A45E80">
    <w:pPr>
      <w:pStyle w:val="Intestazione"/>
      <w:jc w:val="right"/>
      <w:rPr>
        <w:lang w:val="it-IT"/>
      </w:rPr>
    </w:pPr>
    <w:r w:rsidRPr="002D7598">
      <w:rPr>
        <w:rFonts w:ascii="Calibri" w:hAnsi="Calibri"/>
        <w:color w:val="787878"/>
        <w:sz w:val="17"/>
        <w:lang w:val="it-IT"/>
      </w:rPr>
      <w:t>I.C. 'Giovanni Dantoni' - Scicli | Progetto 'CONNESSI NELL'ARTE'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7598"/>
    <w:rsid w:val="00326F90"/>
    <w:rsid w:val="00A45E80"/>
    <w:rsid w:val="00AA1D8D"/>
    <w:rsid w:val="00AA2A7C"/>
    <w:rsid w:val="00AF41D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EED46"/>
  <w14:defaultImageDpi w14:val="300"/>
  <w15:docId w15:val="{F3B6BE58-A16E-4034-BCEC-2C047C90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Preside</cp:lastModifiedBy>
  <cp:revision>2</cp:revision>
  <dcterms:created xsi:type="dcterms:W3CDTF">2026-09-29T14:28:00Z</dcterms:created>
  <dcterms:modified xsi:type="dcterms:W3CDTF">2026-09-29T14:28:00Z</dcterms:modified>
  <cp:category/>
</cp:coreProperties>
</file>